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77777777" w:rsidR="00A11ECC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372DF9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F924B6" w14:textId="77777777" w:rsidR="00A11ECC" w:rsidRDefault="00A11ECC">
            <w:pPr>
              <w:keepNext/>
            </w:pPr>
            <w:r>
              <w:t>BUZĂU</w:t>
            </w:r>
          </w:p>
        </w:tc>
      </w:tr>
      <w:tr w:rsidR="00A11ECC" w14:paraId="7B17993F" w14:textId="77777777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A11ECC" w:rsidRDefault="00A11ECC"/>
        </w:tc>
        <w:tc>
          <w:tcPr>
            <w:tcW w:w="8030" w:type="dxa"/>
            <w:gridSpan w:val="3"/>
            <w:shd w:val="clear" w:color="auto" w:fill="F0F0F0"/>
          </w:tcPr>
          <w:p w14:paraId="1E67140C" w14:textId="77777777" w:rsidR="00A11ECC" w:rsidRDefault="00000000">
            <w:pPr>
              <w:keepNext/>
            </w:pPr>
            <w:r>
              <w:t>PRIMĂRIA COMUNEI GĂLBINAȘI</w:t>
            </w:r>
          </w:p>
          <w:p w14:paraId="7378C482" w14:textId="77777777" w:rsidR="00A11ECC" w:rsidRDefault="00A11ECC">
            <w:pPr>
              <w:keepNext/>
            </w:pPr>
          </w:p>
        </w:tc>
      </w:tr>
      <w:tr w:rsidR="00A11ECC" w14:paraId="16F835A9" w14:textId="77777777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A11ECC" w:rsidRDefault="00A11ECC"/>
        </w:tc>
        <w:tc>
          <w:tcPr>
            <w:tcW w:w="2409" w:type="dxa"/>
            <w:shd w:val="clear" w:color="auto" w:fill="F0F0F0"/>
          </w:tcPr>
          <w:p w14:paraId="7F9BF08C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1C68267E" w14:textId="77777777" w:rsidR="00A11ECC" w:rsidRPr="00E6757A" w:rsidRDefault="00A11ECC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A11ECC" w:rsidRDefault="00000000">
            <w:pPr>
              <w:keepNext/>
            </w:pPr>
            <w:r>
              <w:t>Adresa</w:t>
            </w:r>
          </w:p>
          <w:p w14:paraId="3597B0D9" w14:textId="77777777" w:rsidR="00A11ECC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17684A54" w14:textId="77777777" w:rsidR="00A11ECC" w:rsidRDefault="00A11ECC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A11ECC" w14:paraId="4481D1BD" w14:textId="77777777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F32F1B7" w14:textId="77777777"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A11ECC" w:rsidRDefault="00A11ECC">
            <w:pPr>
              <w:keepNext/>
            </w:pPr>
          </w:p>
        </w:tc>
      </w:tr>
      <w:tr w:rsidR="00A11ECC" w:rsidRPr="00182EDC" w14:paraId="2347B2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sector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vor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000000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000000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000000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50D41" w14:textId="77777777" w:rsidR="001F772B" w:rsidRDefault="001F772B">
      <w:r>
        <w:separator/>
      </w:r>
    </w:p>
  </w:endnote>
  <w:endnote w:type="continuationSeparator" w:id="0">
    <w:p w14:paraId="6969972F" w14:textId="77777777" w:rsidR="001F772B" w:rsidRDefault="001F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23F02" w14:textId="77777777" w:rsidR="001F772B" w:rsidRDefault="001F772B">
      <w:r>
        <w:separator/>
      </w:r>
    </w:p>
  </w:footnote>
  <w:footnote w:type="continuationSeparator" w:id="0">
    <w:p w14:paraId="00568A0A" w14:textId="77777777" w:rsidR="001F772B" w:rsidRDefault="001F7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6C103E"/>
    <w:rsid w:val="00A11ECC"/>
    <w:rsid w:val="00AA1D8D"/>
    <w:rsid w:val="00B47730"/>
    <w:rsid w:val="00CB0664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1503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2026-08-24T15:27:00Z</dcterms:modified>
  <cp:category/>
</cp:coreProperties>
</file>