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377113" w14:paraId="4AB1771D" w14:textId="77777777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4FC198B8" w14:textId="77777777" w:rsidR="00377113" w:rsidRDefault="00000000">
            <w:pPr>
              <w:keepNext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731520" cy="1060174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1520" cy="106017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30" w:type="dxa"/>
            <w:gridSpan w:val="3"/>
            <w:shd w:val="clear" w:color="auto" w:fill="F0F0F0"/>
          </w:tcPr>
          <w:p w14:paraId="510CB53E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6F91E2AA" w14:textId="77777777" w:rsidR="00377113" w:rsidRDefault="00377113">
            <w:pPr>
              <w:keepNext/>
            </w:pPr>
            <w:r>
              <w:t>BUZĂU</w:t>
            </w:r>
          </w:p>
        </w:tc>
      </w:tr>
      <w:tr w:rsidR="00377113" w14:paraId="264ACFF4" w14:textId="77777777">
        <w:trPr>
          <w:cantSplit/>
          <w:trHeight w:val="510"/>
        </w:trPr>
        <w:tc>
          <w:tcPr>
            <w:tcW w:w="1606" w:type="dxa"/>
            <w:vMerge/>
          </w:tcPr>
          <w:p w14:paraId="153367FB" w14:textId="77777777" w:rsidR="00377113" w:rsidRDefault="00377113"/>
        </w:tc>
        <w:tc>
          <w:tcPr>
            <w:tcW w:w="8030" w:type="dxa"/>
            <w:gridSpan w:val="3"/>
            <w:shd w:val="clear" w:color="auto" w:fill="F0F0F0"/>
          </w:tcPr>
          <w:p w14:paraId="7028D6DB" w14:textId="77777777" w:rsidR="00377113" w:rsidRDefault="00000000">
            <w:pPr>
              <w:keepNext/>
            </w:pPr>
            <w:r>
              <w:t>PRIMĂRIA COMUNEI GĂLBINAȘI</w:t>
            </w:r>
          </w:p>
          <w:p w14:paraId="69C7851E" w14:textId="77777777" w:rsidR="00377113" w:rsidRDefault="00377113">
            <w:pPr>
              <w:keepNext/>
            </w:pPr>
          </w:p>
        </w:tc>
      </w:tr>
      <w:tr w:rsidR="00377113" w14:paraId="352BEBB2" w14:textId="77777777">
        <w:trPr>
          <w:cantSplit/>
          <w:trHeight w:val="510"/>
        </w:trPr>
        <w:tc>
          <w:tcPr>
            <w:tcW w:w="1606" w:type="dxa"/>
            <w:vMerge/>
          </w:tcPr>
          <w:p w14:paraId="1F188761" w14:textId="77777777" w:rsidR="00377113" w:rsidRDefault="00377113"/>
        </w:tc>
        <w:tc>
          <w:tcPr>
            <w:tcW w:w="2409" w:type="dxa"/>
            <w:shd w:val="clear" w:color="auto" w:fill="F0F0F0"/>
          </w:tcPr>
          <w:p w14:paraId="0B0E4F83" w14:textId="77777777" w:rsidR="00377113" w:rsidRPr="00343BBA" w:rsidRDefault="00000000">
            <w:pPr>
              <w:keepNext/>
              <w:rPr>
                <w:lang w:val="fr-FR"/>
              </w:rPr>
            </w:pPr>
            <w:r w:rsidRPr="00343BBA">
              <w:rPr>
                <w:b/>
                <w:color w:val="0D5F78"/>
                <w:lang w:val="fr-FR"/>
              </w:rPr>
              <w:t>Cod de identificare fiscală (CIF)</w:t>
            </w:r>
          </w:p>
          <w:p w14:paraId="3F0CFBB4" w14:textId="77777777" w:rsidR="00377113" w:rsidRPr="00343BBA" w:rsidRDefault="00377113">
            <w:pPr>
              <w:keepNext/>
              <w:rPr>
                <w:lang w:val="fr-FR"/>
              </w:rPr>
            </w:pPr>
            <w:r>
              <w:t>3724440</w:t>
            </w:r>
          </w:p>
        </w:tc>
        <w:tc>
          <w:tcPr>
            <w:tcW w:w="5621" w:type="dxa"/>
            <w:gridSpan w:val="2"/>
            <w:shd w:val="clear" w:color="auto" w:fill="F0F0F0"/>
          </w:tcPr>
          <w:p w14:paraId="7020FB2F" w14:textId="77777777" w:rsidR="00377113" w:rsidRDefault="00000000">
            <w:pPr>
              <w:keepNext/>
            </w:pPr>
            <w:r>
              <w:t>Adresa</w:t>
            </w:r>
          </w:p>
          <w:p w14:paraId="3C512F43" w14:textId="77777777" w:rsidR="00377113" w:rsidRDefault="00000000">
            <w:pPr>
              <w:keepNext/>
            </w:pPr>
            <w:r>
              <w:t>Str. Profesor Tudor Gheorghe nr. 5, sat Gălbinași, comuna Gălbinași, județul Buzău, cod poștal 127240</w:t>
            </w:r>
          </w:p>
          <w:p w14:paraId="118EFA7B" w14:textId="77777777" w:rsidR="00377113" w:rsidRDefault="00377113">
            <w:pPr>
              <w:keepNext/>
            </w:pPr>
            <w:r>
              <w:t>Tel.: 0371 425 064; E-mail: primariagalbinasi@yahoo.com; Web: www.comunagalbinasi.ro</w:t>
            </w:r>
          </w:p>
        </w:tc>
      </w:tr>
      <w:tr w:rsidR="00377113" w14:paraId="44A91E8A" w14:textId="77777777">
        <w:trPr>
          <w:cantSplit/>
          <w:trHeight w:val="510"/>
        </w:trPr>
        <w:tc>
          <w:tcPr>
            <w:tcW w:w="1606" w:type="dxa"/>
            <w:vMerge/>
          </w:tcPr>
          <w:p w14:paraId="70FDC92D" w14:textId="77777777" w:rsidR="00377113" w:rsidRDefault="00377113"/>
        </w:tc>
        <w:tc>
          <w:tcPr>
            <w:tcW w:w="4818" w:type="dxa"/>
            <w:gridSpan w:val="2"/>
            <w:shd w:val="clear" w:color="auto" w:fill="F0F0F0"/>
          </w:tcPr>
          <w:p w14:paraId="531BC86B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Număr de înregistrare</w:t>
            </w:r>
          </w:p>
          <w:p w14:paraId="6BE4A17C" w14:textId="77777777" w:rsidR="00377113" w:rsidRDefault="00377113">
            <w:pPr>
              <w:keepNext/>
            </w:pPr>
          </w:p>
        </w:tc>
        <w:tc>
          <w:tcPr>
            <w:tcW w:w="3212" w:type="dxa"/>
            <w:shd w:val="clear" w:color="auto" w:fill="F0F0F0"/>
          </w:tcPr>
          <w:p w14:paraId="3D141279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Data</w:t>
            </w:r>
          </w:p>
          <w:p w14:paraId="461592AF" w14:textId="77777777" w:rsidR="00377113" w:rsidRDefault="00377113">
            <w:pPr>
              <w:keepNext/>
            </w:pPr>
          </w:p>
        </w:tc>
      </w:tr>
      <w:tr w:rsidR="00377113" w:rsidRPr="00004412" w14:paraId="138A1B77" w14:textId="77777777">
        <w:trPr>
          <w:cantSplit/>
        </w:trPr>
        <w:tc>
          <w:tcPr>
            <w:tcW w:w="9636" w:type="dxa"/>
            <w:gridSpan w:val="4"/>
            <w:shd w:val="clear" w:color="auto" w:fill="F0F0F0"/>
          </w:tcPr>
          <w:p w14:paraId="27055B3E" w14:textId="77777777" w:rsidR="00377113" w:rsidRPr="00343BBA" w:rsidRDefault="00000000">
            <w:pPr>
              <w:rPr>
                <w:lang w:val="fr-FR"/>
              </w:rPr>
            </w:pPr>
            <w:r w:rsidRPr="00343BBA">
              <w:rPr>
                <w:i/>
                <w:color w:val="595959"/>
                <w:lang w:val="fr-FR"/>
              </w:rPr>
              <w:t xml:space="preserve"> se completează de autoritate — solicitantul nu scrie în această zonă</w:t>
            </w:r>
          </w:p>
        </w:tc>
      </w:tr>
    </w:tbl>
    <w:p w14:paraId="344C51B7" w14:textId="77777777" w:rsidR="00377113" w:rsidRPr="00343BBA" w:rsidRDefault="00377113">
      <w:pPr>
        <w:spacing w:line="168" w:lineRule="auto"/>
        <w:rPr>
          <w:lang w:val="fr-FR"/>
        </w:rPr>
      </w:pPr>
    </w:p>
    <w:p w14:paraId="6EE796C5" w14:textId="77777777" w:rsidR="00377113" w:rsidRPr="00004412" w:rsidRDefault="00000000">
      <w:pPr>
        <w:spacing w:before="140" w:after="40"/>
        <w:jc w:val="center"/>
        <w:rPr>
          <w:sz w:val="28"/>
          <w:szCs w:val="28"/>
        </w:rPr>
      </w:pPr>
      <w:r w:rsidRPr="00004412">
        <w:rPr>
          <w:b/>
          <w:sz w:val="28"/>
          <w:szCs w:val="28"/>
        </w:rPr>
        <w:t>CERERE</w:t>
      </w:r>
    </w:p>
    <w:p w14:paraId="458FF3BC" w14:textId="77777777" w:rsidR="00377113" w:rsidRDefault="00377113">
      <w:pPr>
        <w:spacing w:after="60"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377113" w14:paraId="40D14ED2" w14:textId="77777777">
        <w:trPr>
          <w:cantSplit/>
        </w:trPr>
        <w:tc>
          <w:tcPr>
            <w:tcW w:w="9636" w:type="dxa"/>
            <w:shd w:val="clear" w:color="auto" w:fill="F4F4F4"/>
          </w:tcPr>
          <w:p w14:paraId="3E8649FD" w14:textId="77777777" w:rsidR="00377113" w:rsidRDefault="00000000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377113" w:rsidRPr="00004412" w14:paraId="505A1856" w14:textId="77777777">
        <w:trPr>
          <w:cantSplit/>
          <w:trHeight w:val="510"/>
        </w:trPr>
        <w:tc>
          <w:tcPr>
            <w:tcW w:w="9636" w:type="dxa"/>
          </w:tcPr>
          <w:p w14:paraId="38C994F2" w14:textId="77777777" w:rsidR="00377113" w:rsidRPr="00343BBA" w:rsidRDefault="00000000">
            <w:pPr>
              <w:keepNext/>
              <w:rPr>
                <w:lang w:val="fr-FR"/>
              </w:rPr>
            </w:pPr>
            <w:r w:rsidRPr="00343BBA">
              <w:rPr>
                <w:b/>
                <w:color w:val="0D5F78"/>
                <w:lang w:val="fr-FR"/>
              </w:rPr>
              <w:t>Instituția</w:t>
            </w:r>
          </w:p>
          <w:p w14:paraId="2863ECC5" w14:textId="77777777" w:rsidR="00377113" w:rsidRPr="00343BBA" w:rsidRDefault="00000000">
            <w:pPr>
              <w:keepNext/>
              <w:rPr>
                <w:lang w:val="fr-FR"/>
              </w:rPr>
            </w:pPr>
            <w:r w:rsidRPr="00343BBA">
              <w:rPr>
                <w:i/>
                <w:color w:val="7A7A7A"/>
                <w:lang w:val="fr-FR"/>
              </w:rPr>
              <w:t>primăria municipiului / orașului / comunei · primăria de sector · consiliul județean</w:t>
            </w:r>
          </w:p>
          <w:p w14:paraId="1C7F07C7" w14:textId="77777777" w:rsidR="00377113" w:rsidRPr="00343BBA" w:rsidRDefault="00377113">
            <w:pPr>
              <w:keepNext/>
              <w:rPr>
                <w:lang w:val="fr-FR"/>
              </w:rPr>
            </w:pPr>
          </w:p>
        </w:tc>
      </w:tr>
      <w:tr w:rsidR="00377113" w:rsidRPr="00004412" w14:paraId="48AFEF82" w14:textId="77777777">
        <w:trPr>
          <w:cantSplit/>
        </w:trPr>
        <w:tc>
          <w:tcPr>
            <w:tcW w:w="9636" w:type="dxa"/>
            <w:shd w:val="clear" w:color="auto" w:fill="F4F4F4"/>
          </w:tcPr>
          <w:p w14:paraId="2B647A2E" w14:textId="77777777" w:rsidR="00377113" w:rsidRPr="00343BBA" w:rsidRDefault="00000000">
            <w:pPr>
              <w:spacing w:line="228" w:lineRule="auto"/>
              <w:rPr>
                <w:lang w:val="fr-FR"/>
              </w:rPr>
            </w:pPr>
            <w:r w:rsidRPr="00343BBA">
              <w:rPr>
                <w:lang w:val="fr-FR"/>
              </w:rPr>
              <w:t>Cererea va fi transmisă către președintele consiliului județean, primarul general, primarul de sector sau primarul municipiului / orașului / comunei, după caz.</w:t>
            </w:r>
          </w:p>
        </w:tc>
      </w:tr>
    </w:tbl>
    <w:p w14:paraId="20841BEE" w14:textId="77777777" w:rsidR="00377113" w:rsidRPr="00343BBA" w:rsidRDefault="00377113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377113" w14:paraId="604C8CEF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07303ACD" w14:textId="77777777" w:rsidR="00377113" w:rsidRDefault="00000000">
            <w:pPr>
              <w:keepNext/>
            </w:pPr>
            <w:r w:rsidRPr="00343BBA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377113" w14:paraId="7CFFB225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73C78B15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Nume și prenume</w:t>
            </w:r>
          </w:p>
          <w:p w14:paraId="492F91CD" w14:textId="77777777" w:rsidR="00377113" w:rsidRDefault="00377113">
            <w:pPr>
              <w:keepNext/>
            </w:pPr>
          </w:p>
        </w:tc>
        <w:tc>
          <w:tcPr>
            <w:tcW w:w="4015" w:type="dxa"/>
            <w:gridSpan w:val="3"/>
          </w:tcPr>
          <w:p w14:paraId="40F931FA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32FF08C1" w14:textId="77777777" w:rsidR="00377113" w:rsidRDefault="00377113">
            <w:pPr>
              <w:keepNext/>
            </w:pPr>
          </w:p>
        </w:tc>
      </w:tr>
      <w:tr w:rsidR="00377113" w14:paraId="6A746F7A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78623411" w14:textId="77777777" w:rsidR="00377113" w:rsidRDefault="00000000">
            <w:pPr>
              <w:keepNext/>
            </w:pPr>
            <w:r>
              <w:rPr>
                <w:sz w:val="16"/>
              </w:rPr>
              <w:t xml:space="preserve"> Act de identitate</w:t>
            </w:r>
          </w:p>
        </w:tc>
      </w:tr>
      <w:tr w:rsidR="00377113" w14:paraId="34135F0A" w14:textId="77777777">
        <w:trPr>
          <w:cantSplit/>
          <w:trHeight w:val="510"/>
        </w:trPr>
        <w:tc>
          <w:tcPr>
            <w:tcW w:w="1606" w:type="dxa"/>
          </w:tcPr>
          <w:p w14:paraId="0FE58C8A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14:paraId="744D4F37" w14:textId="77777777" w:rsidR="00377113" w:rsidRDefault="00377113">
            <w:pPr>
              <w:keepNext/>
            </w:pPr>
          </w:p>
        </w:tc>
        <w:tc>
          <w:tcPr>
            <w:tcW w:w="1606" w:type="dxa"/>
          </w:tcPr>
          <w:p w14:paraId="54E4DCF4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Numărul</w:t>
            </w:r>
          </w:p>
          <w:p w14:paraId="6AFD4CBD" w14:textId="77777777" w:rsidR="00377113" w:rsidRDefault="00377113">
            <w:pPr>
              <w:keepNext/>
            </w:pPr>
          </w:p>
        </w:tc>
        <w:tc>
          <w:tcPr>
            <w:tcW w:w="4818" w:type="dxa"/>
            <w:gridSpan w:val="5"/>
          </w:tcPr>
          <w:p w14:paraId="1275CF2C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Eliberat de</w:t>
            </w:r>
          </w:p>
          <w:p w14:paraId="4C997CA9" w14:textId="77777777" w:rsidR="00377113" w:rsidRDefault="00377113">
            <w:pPr>
              <w:keepNext/>
            </w:pPr>
          </w:p>
        </w:tc>
        <w:tc>
          <w:tcPr>
            <w:tcW w:w="1606" w:type="dxa"/>
          </w:tcPr>
          <w:p w14:paraId="375049A5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14:paraId="1E260826" w14:textId="77777777" w:rsidR="00377113" w:rsidRDefault="00377113">
            <w:pPr>
              <w:keepNext/>
            </w:pPr>
          </w:p>
        </w:tc>
      </w:tr>
      <w:tr w:rsidR="00377113" w14:paraId="20F26A7F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6631D62D" w14:textId="77777777" w:rsidR="00377113" w:rsidRDefault="00000000">
            <w:pPr>
              <w:keepNext/>
            </w:pPr>
            <w:r>
              <w:rPr>
                <w:sz w:val="16"/>
              </w:rPr>
              <w:t xml:space="preserve"> Domiciliul</w:t>
            </w:r>
          </w:p>
        </w:tc>
      </w:tr>
      <w:tr w:rsidR="00377113" w14:paraId="14021D82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0EEC3E11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1815C0EF" w14:textId="77777777" w:rsidR="00377113" w:rsidRDefault="00377113">
            <w:pPr>
              <w:keepNext/>
            </w:pPr>
          </w:p>
        </w:tc>
        <w:tc>
          <w:tcPr>
            <w:tcW w:w="3212" w:type="dxa"/>
            <w:gridSpan w:val="4"/>
          </w:tcPr>
          <w:p w14:paraId="1597517E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Municipiul / orașul / comuna</w:t>
            </w:r>
          </w:p>
          <w:p w14:paraId="691DF8E2" w14:textId="77777777" w:rsidR="00377113" w:rsidRDefault="00377113">
            <w:pPr>
              <w:keepNext/>
            </w:pPr>
          </w:p>
        </w:tc>
        <w:tc>
          <w:tcPr>
            <w:tcW w:w="3212" w:type="dxa"/>
            <w:gridSpan w:val="2"/>
          </w:tcPr>
          <w:p w14:paraId="3DE1D317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Satul / sectorul</w:t>
            </w:r>
          </w:p>
          <w:p w14:paraId="1B6BDCCB" w14:textId="77777777" w:rsidR="00377113" w:rsidRDefault="00377113">
            <w:pPr>
              <w:keepNext/>
            </w:pPr>
          </w:p>
        </w:tc>
      </w:tr>
      <w:tr w:rsidR="00377113" w14:paraId="35FE036F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3032BBD3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255C5EF4" w14:textId="77777777" w:rsidR="00377113" w:rsidRDefault="00377113">
            <w:pPr>
              <w:keepNext/>
            </w:pPr>
          </w:p>
        </w:tc>
        <w:tc>
          <w:tcPr>
            <w:tcW w:w="803" w:type="dxa"/>
          </w:tcPr>
          <w:p w14:paraId="63B36D30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7570AD44" w14:textId="77777777" w:rsidR="00377113" w:rsidRDefault="00377113">
            <w:pPr>
              <w:keepNext/>
            </w:pPr>
          </w:p>
        </w:tc>
        <w:tc>
          <w:tcPr>
            <w:tcW w:w="803" w:type="dxa"/>
          </w:tcPr>
          <w:p w14:paraId="7EB3F9F1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598896A6" w14:textId="77777777" w:rsidR="00377113" w:rsidRDefault="00377113">
            <w:pPr>
              <w:keepNext/>
            </w:pPr>
          </w:p>
        </w:tc>
        <w:tc>
          <w:tcPr>
            <w:tcW w:w="803" w:type="dxa"/>
          </w:tcPr>
          <w:p w14:paraId="68084122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1FB7A599" w14:textId="77777777" w:rsidR="00377113" w:rsidRDefault="00377113">
            <w:pPr>
              <w:keepNext/>
            </w:pPr>
          </w:p>
        </w:tc>
        <w:tc>
          <w:tcPr>
            <w:tcW w:w="803" w:type="dxa"/>
          </w:tcPr>
          <w:p w14:paraId="635895CD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5877D4A7" w14:textId="77777777" w:rsidR="00377113" w:rsidRDefault="00377113">
            <w:pPr>
              <w:keepNext/>
            </w:pPr>
          </w:p>
        </w:tc>
        <w:tc>
          <w:tcPr>
            <w:tcW w:w="1606" w:type="dxa"/>
          </w:tcPr>
          <w:p w14:paraId="0825FC30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34487808" w14:textId="77777777" w:rsidR="00377113" w:rsidRDefault="00377113">
            <w:pPr>
              <w:keepNext/>
            </w:pPr>
          </w:p>
        </w:tc>
        <w:tc>
          <w:tcPr>
            <w:tcW w:w="1606" w:type="dxa"/>
          </w:tcPr>
          <w:p w14:paraId="5B31A664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Țara</w:t>
            </w:r>
          </w:p>
          <w:p w14:paraId="1AC94237" w14:textId="77777777" w:rsidR="00377113" w:rsidRDefault="00377113">
            <w:pPr>
              <w:keepNext/>
            </w:pPr>
          </w:p>
        </w:tc>
      </w:tr>
      <w:tr w:rsidR="00377113" w14:paraId="7E5729BF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6CD68FCA" w14:textId="77777777" w:rsidR="00377113" w:rsidRDefault="00000000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377113" w14:paraId="66B951DB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70E97DD8" w14:textId="77777777" w:rsidR="00377113" w:rsidRDefault="00000000">
            <w:r>
              <w:rPr>
                <w:b/>
                <w:color w:val="0D5F78"/>
              </w:rPr>
              <w:t>Telefon / fax</w:t>
            </w:r>
          </w:p>
          <w:p w14:paraId="488DB23E" w14:textId="77777777" w:rsidR="00377113" w:rsidRDefault="00377113"/>
        </w:tc>
        <w:tc>
          <w:tcPr>
            <w:tcW w:w="5621" w:type="dxa"/>
            <w:gridSpan w:val="5"/>
          </w:tcPr>
          <w:p w14:paraId="7EFBC837" w14:textId="77777777" w:rsidR="00377113" w:rsidRDefault="00000000">
            <w:r>
              <w:rPr>
                <w:b/>
                <w:color w:val="0D5F78"/>
              </w:rPr>
              <w:t>E-mail</w:t>
            </w:r>
          </w:p>
          <w:p w14:paraId="1C3CE210" w14:textId="77777777" w:rsidR="00377113" w:rsidRDefault="00377113"/>
        </w:tc>
      </w:tr>
    </w:tbl>
    <w:p w14:paraId="6E863ACA" w14:textId="77777777" w:rsidR="00377113" w:rsidRDefault="00377113">
      <w:pPr>
        <w:spacing w:line="168" w:lineRule="auto"/>
      </w:pPr>
    </w:p>
    <w:p w14:paraId="2E8A375E" w14:textId="77777777" w:rsidR="00377113" w:rsidRDefault="00000000">
      <w:pPr>
        <w:spacing w:before="80" w:after="60"/>
        <w:jc w:val="center"/>
      </w:pPr>
      <w:r>
        <w:rPr>
          <w:sz w:val="18"/>
        </w:rPr>
        <w:t>în temeiul art. 257 alin. (17) din Legea nr. 169/2026 privind Codul amenajării teritoriului, urbanismului și construcțiilor,</w:t>
      </w:r>
    </w:p>
    <w:p w14:paraId="21143514" w14:textId="77777777" w:rsidR="00004412" w:rsidRDefault="00000000">
      <w:pPr>
        <w:spacing w:before="80" w:after="60"/>
        <w:jc w:val="center"/>
        <w:rPr>
          <w:b/>
          <w:color w:val="000000"/>
          <w:sz w:val="18"/>
          <w:lang w:val="fr-FR"/>
        </w:rPr>
      </w:pPr>
      <w:r w:rsidRPr="00004412">
        <w:rPr>
          <w:sz w:val="18"/>
          <w:lang w:val="fr-FR"/>
        </w:rPr>
        <w:t>solicit prelungirea valabilității</w:t>
      </w:r>
      <w:r w:rsidR="00004412" w:rsidRPr="00004412">
        <w:rPr>
          <w:b/>
          <w:color w:val="000000"/>
          <w:sz w:val="18"/>
          <w:lang w:val="fr-FR"/>
        </w:rPr>
        <w:t xml:space="preserve"> </w:t>
      </w:r>
    </w:p>
    <w:p w14:paraId="077ADEDA" w14:textId="5045CE9D" w:rsidR="00377113" w:rsidRPr="00004412" w:rsidRDefault="00004412">
      <w:pPr>
        <w:spacing w:before="80" w:after="60"/>
        <w:jc w:val="center"/>
        <w:rPr>
          <w:sz w:val="20"/>
          <w:szCs w:val="20"/>
          <w:lang w:val="fr-FR"/>
        </w:rPr>
      </w:pPr>
      <w:r w:rsidRPr="00004412">
        <w:rPr>
          <w:b/>
          <w:color w:val="000000"/>
          <w:sz w:val="20"/>
          <w:szCs w:val="20"/>
          <w:lang w:val="fr-FR"/>
        </w:rPr>
        <w:t>CERTIFICATULUI DE URBANISM</w:t>
      </w: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803"/>
        <w:gridCol w:w="4818"/>
      </w:tblGrid>
      <w:tr w:rsidR="00377113" w14:paraId="62A1223F" w14:textId="77777777">
        <w:trPr>
          <w:cantSplit/>
          <w:trHeight w:val="510"/>
        </w:trPr>
        <w:tc>
          <w:tcPr>
            <w:tcW w:w="1606" w:type="dxa"/>
          </w:tcPr>
          <w:p w14:paraId="7765B9B1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1491A8A0" w14:textId="77777777" w:rsidR="00377113" w:rsidRDefault="00377113">
            <w:pPr>
              <w:keepNext/>
            </w:pPr>
          </w:p>
        </w:tc>
        <w:tc>
          <w:tcPr>
            <w:tcW w:w="2409" w:type="dxa"/>
          </w:tcPr>
          <w:p w14:paraId="32FEB634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Din data</w:t>
            </w:r>
          </w:p>
          <w:p w14:paraId="70A0A594" w14:textId="77777777" w:rsidR="00377113" w:rsidRDefault="00377113">
            <w:pPr>
              <w:keepNext/>
            </w:pPr>
          </w:p>
        </w:tc>
        <w:tc>
          <w:tcPr>
            <w:tcW w:w="5621" w:type="dxa"/>
            <w:gridSpan w:val="2"/>
          </w:tcPr>
          <w:p w14:paraId="5DFD23E9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Emis de</w:t>
            </w:r>
          </w:p>
          <w:p w14:paraId="5357994E" w14:textId="77777777" w:rsidR="00377113" w:rsidRDefault="00377113">
            <w:pPr>
              <w:keepNext/>
            </w:pPr>
          </w:p>
        </w:tc>
      </w:tr>
      <w:tr w:rsidR="00377113" w14:paraId="356194D4" w14:textId="77777777">
        <w:trPr>
          <w:cantSplit/>
          <w:trHeight w:val="510"/>
        </w:trPr>
        <w:tc>
          <w:tcPr>
            <w:tcW w:w="4818" w:type="dxa"/>
            <w:gridSpan w:val="3"/>
          </w:tcPr>
          <w:p w14:paraId="5AABADB7" w14:textId="77777777" w:rsidR="00377113" w:rsidRDefault="00000000">
            <w:r>
              <w:rPr>
                <w:b/>
                <w:color w:val="0D5F78"/>
              </w:rPr>
              <w:t>Prelungirea solicitată — de la data</w:t>
            </w:r>
          </w:p>
          <w:p w14:paraId="073435BA" w14:textId="77777777" w:rsidR="00377113" w:rsidRDefault="00377113"/>
        </w:tc>
        <w:tc>
          <w:tcPr>
            <w:tcW w:w="4818" w:type="dxa"/>
          </w:tcPr>
          <w:p w14:paraId="78FDD7CA" w14:textId="77777777" w:rsidR="00377113" w:rsidRDefault="00000000">
            <w:r>
              <w:rPr>
                <w:b/>
                <w:color w:val="0D5F78"/>
              </w:rPr>
              <w:t>până la data</w:t>
            </w:r>
          </w:p>
          <w:p w14:paraId="3D4C5B91" w14:textId="77777777" w:rsidR="00377113" w:rsidRDefault="00377113"/>
        </w:tc>
      </w:tr>
    </w:tbl>
    <w:p w14:paraId="7B9769F8" w14:textId="77777777" w:rsidR="00377113" w:rsidRDefault="00377113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2409"/>
        <w:gridCol w:w="803"/>
        <w:gridCol w:w="803"/>
        <w:gridCol w:w="2409"/>
      </w:tblGrid>
      <w:tr w:rsidR="00377113" w14:paraId="18332584" w14:textId="77777777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14:paraId="7AC950F1" w14:textId="77777777" w:rsidR="00377113" w:rsidRDefault="00000000">
            <w:pPr>
              <w:keepNext/>
            </w:pPr>
            <w:r>
              <w:rPr>
                <w:b/>
                <w:sz w:val="16"/>
              </w:rPr>
              <w:t xml:space="preserve"> 4. </w:t>
            </w:r>
            <w:r>
              <w:rPr>
                <w:b/>
                <w:color w:val="000000"/>
                <w:sz w:val="18"/>
              </w:rPr>
              <w:t>IMOBILUL</w:t>
            </w:r>
          </w:p>
        </w:tc>
      </w:tr>
      <w:tr w:rsidR="00377113" w14:paraId="248B564F" w14:textId="77777777">
        <w:trPr>
          <w:cantSplit/>
        </w:trPr>
        <w:tc>
          <w:tcPr>
            <w:tcW w:w="9636" w:type="dxa"/>
            <w:gridSpan w:val="6"/>
          </w:tcPr>
          <w:p w14:paraId="7D32E515" w14:textId="77777777" w:rsidR="00377113" w:rsidRDefault="00000000">
            <w:pPr>
              <w:keepNext/>
            </w:pPr>
            <w:r>
              <w:rPr>
                <w:sz w:val="16"/>
              </w:rPr>
              <w:t xml:space="preserve"> ☐ teren     ☐ construcții</w:t>
            </w:r>
          </w:p>
        </w:tc>
      </w:tr>
      <w:tr w:rsidR="00377113" w14:paraId="533C4D6A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107ADBF6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Județ</w:t>
            </w:r>
          </w:p>
          <w:p w14:paraId="545515E0" w14:textId="77777777" w:rsidR="00377113" w:rsidRDefault="00377113">
            <w:pPr>
              <w:keepNext/>
            </w:pPr>
          </w:p>
        </w:tc>
        <w:tc>
          <w:tcPr>
            <w:tcW w:w="3212" w:type="dxa"/>
            <w:gridSpan w:val="2"/>
          </w:tcPr>
          <w:p w14:paraId="5F352457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Municipiu / oraș / comună</w:t>
            </w:r>
          </w:p>
          <w:p w14:paraId="14C00203" w14:textId="77777777" w:rsidR="00377113" w:rsidRDefault="00377113">
            <w:pPr>
              <w:keepNext/>
            </w:pPr>
          </w:p>
        </w:tc>
        <w:tc>
          <w:tcPr>
            <w:tcW w:w="3212" w:type="dxa"/>
            <w:gridSpan w:val="2"/>
          </w:tcPr>
          <w:p w14:paraId="2519EFDA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Sat / sector</w:t>
            </w:r>
          </w:p>
          <w:p w14:paraId="6F1351F6" w14:textId="77777777" w:rsidR="00377113" w:rsidRDefault="00377113">
            <w:pPr>
              <w:keepNext/>
            </w:pPr>
          </w:p>
        </w:tc>
      </w:tr>
      <w:tr w:rsidR="00377113" w14:paraId="2D9B8DB3" w14:textId="77777777">
        <w:trPr>
          <w:cantSplit/>
          <w:trHeight w:val="510"/>
        </w:trPr>
        <w:tc>
          <w:tcPr>
            <w:tcW w:w="1606" w:type="dxa"/>
          </w:tcPr>
          <w:p w14:paraId="4B72CFDF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0E9D7B3A" w14:textId="77777777" w:rsidR="00377113" w:rsidRDefault="00377113">
            <w:pPr>
              <w:keepNext/>
            </w:pPr>
          </w:p>
        </w:tc>
        <w:tc>
          <w:tcPr>
            <w:tcW w:w="4818" w:type="dxa"/>
            <w:gridSpan w:val="3"/>
          </w:tcPr>
          <w:p w14:paraId="4A8D120C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20FA361F" w14:textId="77777777" w:rsidR="00377113" w:rsidRDefault="00377113">
            <w:pPr>
              <w:keepNext/>
            </w:pPr>
          </w:p>
        </w:tc>
        <w:tc>
          <w:tcPr>
            <w:tcW w:w="803" w:type="dxa"/>
          </w:tcPr>
          <w:p w14:paraId="39FAFBFC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6CA1B947" w14:textId="77777777" w:rsidR="00377113" w:rsidRDefault="00377113">
            <w:pPr>
              <w:keepNext/>
            </w:pPr>
          </w:p>
        </w:tc>
        <w:tc>
          <w:tcPr>
            <w:tcW w:w="2409" w:type="dxa"/>
          </w:tcPr>
          <w:p w14:paraId="134DC49E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Bl. / sc. / et. / ap.</w:t>
            </w:r>
          </w:p>
          <w:p w14:paraId="297CA390" w14:textId="77777777" w:rsidR="00377113" w:rsidRDefault="00377113">
            <w:pPr>
              <w:keepNext/>
            </w:pPr>
          </w:p>
        </w:tc>
      </w:tr>
      <w:tr w:rsidR="00377113" w14:paraId="7B19E8B5" w14:textId="77777777">
        <w:trPr>
          <w:cantSplit/>
          <w:trHeight w:val="510"/>
        </w:trPr>
        <w:tc>
          <w:tcPr>
            <w:tcW w:w="5621" w:type="dxa"/>
            <w:gridSpan w:val="3"/>
          </w:tcPr>
          <w:p w14:paraId="4397E352" w14:textId="77777777" w:rsidR="00377113" w:rsidRPr="00343BBA" w:rsidRDefault="00000000">
            <w:pPr>
              <w:keepNext/>
              <w:rPr>
                <w:lang w:val="fr-FR"/>
              </w:rPr>
            </w:pPr>
            <w:r w:rsidRPr="00343BBA">
              <w:rPr>
                <w:b/>
                <w:color w:val="0D5F78"/>
                <w:lang w:val="fr-FR"/>
              </w:rPr>
              <w:t>Număr cadastral</w:t>
            </w:r>
          </w:p>
          <w:p w14:paraId="34F88BB8" w14:textId="77777777" w:rsidR="00377113" w:rsidRPr="00343BBA" w:rsidRDefault="00000000">
            <w:pPr>
              <w:keepNext/>
              <w:rPr>
                <w:lang w:val="fr-FR"/>
              </w:rPr>
            </w:pPr>
            <w:r w:rsidRPr="00343BBA">
              <w:rPr>
                <w:i/>
                <w:color w:val="7A7A7A"/>
                <w:lang w:val="fr-FR"/>
              </w:rPr>
              <w:t>dacă imobilul e înscris în e-Terra</w:t>
            </w:r>
          </w:p>
          <w:p w14:paraId="3E14DDE5" w14:textId="77777777" w:rsidR="00377113" w:rsidRPr="00343BBA" w:rsidRDefault="00377113">
            <w:pPr>
              <w:keepNext/>
              <w:rPr>
                <w:lang w:val="fr-FR"/>
              </w:rPr>
            </w:pPr>
          </w:p>
        </w:tc>
        <w:tc>
          <w:tcPr>
            <w:tcW w:w="4015" w:type="dxa"/>
            <w:gridSpan w:val="3"/>
          </w:tcPr>
          <w:p w14:paraId="4191820B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Carte funciară nr.</w:t>
            </w:r>
          </w:p>
          <w:p w14:paraId="0636B066" w14:textId="77777777" w:rsidR="00377113" w:rsidRDefault="00377113">
            <w:pPr>
              <w:keepNext/>
            </w:pPr>
          </w:p>
        </w:tc>
      </w:tr>
    </w:tbl>
    <w:p w14:paraId="2A5FFFCA" w14:textId="77777777" w:rsidR="00377113" w:rsidRDefault="00377113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377113" w14:paraId="416CCAE3" w14:textId="77777777">
        <w:trPr>
          <w:cantSplit/>
        </w:trPr>
        <w:tc>
          <w:tcPr>
            <w:tcW w:w="9636" w:type="dxa"/>
            <w:shd w:val="clear" w:color="auto" w:fill="F4F4F4"/>
          </w:tcPr>
          <w:p w14:paraId="3FE4A3CD" w14:textId="77777777" w:rsidR="00377113" w:rsidRDefault="00000000">
            <w:pPr>
              <w:keepNext/>
            </w:pPr>
            <w:r>
              <w:rPr>
                <w:b/>
                <w:sz w:val="16"/>
              </w:rPr>
              <w:t xml:space="preserve"> 5. </w:t>
            </w:r>
            <w:r>
              <w:rPr>
                <w:b/>
                <w:color w:val="000000"/>
                <w:sz w:val="18"/>
              </w:rPr>
              <w:t>SE ANEXEAZĂ</w:t>
            </w:r>
          </w:p>
        </w:tc>
      </w:tr>
      <w:tr w:rsidR="00377113" w:rsidRPr="00004412" w14:paraId="53555C64" w14:textId="77777777">
        <w:trPr>
          <w:cantSplit/>
        </w:trPr>
        <w:tc>
          <w:tcPr>
            <w:tcW w:w="9636" w:type="dxa"/>
          </w:tcPr>
          <w:p w14:paraId="05B03106" w14:textId="77777777" w:rsidR="00377113" w:rsidRPr="00343BBA" w:rsidRDefault="00000000">
            <w:pPr>
              <w:rPr>
                <w:lang w:val="fr-FR"/>
              </w:rPr>
            </w:pPr>
            <w:r w:rsidRPr="00343BBA">
              <w:rPr>
                <w:sz w:val="16"/>
                <w:lang w:val="fr-FR"/>
              </w:rPr>
              <w:t xml:space="preserve"> ☐ certificatul de urbanism (în original)     ☐ documentul privind achitarea taxei (copie)</w:t>
            </w:r>
          </w:p>
        </w:tc>
      </w:tr>
    </w:tbl>
    <w:p w14:paraId="0CC63E6D" w14:textId="77777777" w:rsidR="00377113" w:rsidRPr="00343BBA" w:rsidRDefault="00377113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377113" w14:paraId="67AC911A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2C5583C3" w14:textId="77777777" w:rsidR="00377113" w:rsidRDefault="00000000">
            <w:pPr>
              <w:keepNext/>
            </w:pPr>
            <w:r w:rsidRPr="00343BBA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6.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377113" w14:paraId="2C613BE7" w14:textId="77777777">
        <w:trPr>
          <w:cantSplit/>
          <w:trHeight w:val="510"/>
        </w:trPr>
        <w:tc>
          <w:tcPr>
            <w:tcW w:w="1606" w:type="dxa"/>
          </w:tcPr>
          <w:p w14:paraId="6247744D" w14:textId="77777777" w:rsidR="00377113" w:rsidRDefault="00000000">
            <w:r>
              <w:rPr>
                <w:b/>
                <w:color w:val="0D5F78"/>
              </w:rPr>
              <w:t>Data</w:t>
            </w:r>
          </w:p>
          <w:p w14:paraId="6A45905A" w14:textId="77777777" w:rsidR="00377113" w:rsidRDefault="00377113"/>
        </w:tc>
        <w:tc>
          <w:tcPr>
            <w:tcW w:w="4818" w:type="dxa"/>
          </w:tcPr>
          <w:p w14:paraId="09BFB97F" w14:textId="77777777" w:rsidR="00377113" w:rsidRDefault="00000000">
            <w:r>
              <w:rPr>
                <w:b/>
                <w:color w:val="0D5F78"/>
              </w:rPr>
              <w:t>Solicitantul</w:t>
            </w:r>
          </w:p>
          <w:p w14:paraId="1B3BE6B9" w14:textId="77777777" w:rsidR="00377113" w:rsidRDefault="00377113"/>
        </w:tc>
        <w:tc>
          <w:tcPr>
            <w:tcW w:w="3212" w:type="dxa"/>
          </w:tcPr>
          <w:p w14:paraId="640F19C7" w14:textId="77777777" w:rsidR="00377113" w:rsidRDefault="00000000">
            <w:r>
              <w:rPr>
                <w:b/>
                <w:color w:val="0D5F78"/>
              </w:rPr>
              <w:t>Semnătura</w:t>
            </w:r>
          </w:p>
          <w:p w14:paraId="325CC794" w14:textId="77777777" w:rsidR="00377113" w:rsidRDefault="00377113"/>
        </w:tc>
      </w:tr>
    </w:tbl>
    <w:p w14:paraId="2943DD2B" w14:textId="77777777" w:rsidR="00377113" w:rsidRDefault="00377113">
      <w:pPr>
        <w:spacing w:line="168" w:lineRule="auto"/>
      </w:pPr>
    </w:p>
    <w:sectPr w:rsidR="00377113" w:rsidSect="00034616">
      <w:footerReference w:type="default" r:id="rId8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AE11E0" w14:textId="77777777" w:rsidR="00200236" w:rsidRDefault="00200236">
      <w:r>
        <w:separator/>
      </w:r>
    </w:p>
  </w:endnote>
  <w:endnote w:type="continuationSeparator" w:id="0">
    <w:p w14:paraId="37969877" w14:textId="77777777" w:rsidR="00200236" w:rsidRDefault="002002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0A959F" w14:textId="77777777" w:rsidR="00377113" w:rsidRDefault="00000000">
    <w:pPr>
      <w:pStyle w:val="Subsol"/>
      <w:tabs>
        <w:tab w:val="right" w:pos="9639"/>
      </w:tabs>
    </w:pPr>
    <w:r>
      <w:rPr>
        <w:color w:val="595959"/>
      </w:rPr>
      <w:t>F_CU_03 · versiunea 1.0</w:t>
    </w:r>
    <w:r>
      <w:rPr>
        <w:color w:val="595959"/>
      </w:rPr>
      <w:tab/>
      <w:t xml:space="preserve">pagina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343BBA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343BBA">
      <w:rPr>
        <w:noProof/>
        <w:color w:val="595959"/>
      </w:rPr>
      <w:t>1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C68540" w14:textId="77777777" w:rsidR="00200236" w:rsidRDefault="00200236">
      <w:r>
        <w:separator/>
      </w:r>
    </w:p>
  </w:footnote>
  <w:footnote w:type="continuationSeparator" w:id="0">
    <w:p w14:paraId="4B24AD8C" w14:textId="77777777" w:rsidR="00200236" w:rsidRDefault="002002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96464934">
    <w:abstractNumId w:val="8"/>
  </w:num>
  <w:num w:numId="2" w16cid:durableId="120267155">
    <w:abstractNumId w:val="6"/>
  </w:num>
  <w:num w:numId="3" w16cid:durableId="1421946025">
    <w:abstractNumId w:val="5"/>
  </w:num>
  <w:num w:numId="4" w16cid:durableId="75251532">
    <w:abstractNumId w:val="4"/>
  </w:num>
  <w:num w:numId="5" w16cid:durableId="742339271">
    <w:abstractNumId w:val="7"/>
  </w:num>
  <w:num w:numId="6" w16cid:durableId="488985948">
    <w:abstractNumId w:val="3"/>
  </w:num>
  <w:num w:numId="7" w16cid:durableId="904994438">
    <w:abstractNumId w:val="2"/>
  </w:num>
  <w:num w:numId="8" w16cid:durableId="372006337">
    <w:abstractNumId w:val="1"/>
  </w:num>
  <w:num w:numId="9" w16cid:durableId="582119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6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04412"/>
    <w:rsid w:val="00034616"/>
    <w:rsid w:val="0006063C"/>
    <w:rsid w:val="0015074B"/>
    <w:rsid w:val="00200236"/>
    <w:rsid w:val="0029639D"/>
    <w:rsid w:val="00326F90"/>
    <w:rsid w:val="00343BBA"/>
    <w:rsid w:val="00377113"/>
    <w:rsid w:val="006C103E"/>
    <w:rsid w:val="00AA1D8D"/>
    <w:rsid w:val="00B47730"/>
    <w:rsid w:val="00CB0664"/>
    <w:rsid w:val="00CD60E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AD59A43"/>
  <w14:defaultImageDpi w14:val="300"/>
  <w15:docId w15:val="{5F3DEF22-94E4-44E9-A21D-CE78EE564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213</Words>
  <Characters>1217</Characters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1428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terms:created xsi:type="dcterms:W3CDTF">2013-12-23T23:15:00Z</dcterms:created>
  <dcterms:modified xsi:type="dcterms:W3CDTF">2026-08-24T14:46:00Z</dcterms:modified>
  <cp:category/>
</cp:coreProperties>
</file>