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7F7E84" w14:paraId="7B01B228" w14:textId="77777777">
        <w:trPr>
          <w:cantSplit/>
          <w:trHeight w:val="510"/>
        </w:trPr>
        <w:tc>
          <w:tcPr>
            <w:tcW w:w="1606" w:type="dxa"/>
            <w:vMerge w:val="restart"/>
            <w:vAlign w:val="center"/>
          </w:tcPr>
          <w:p w14:paraId="0FCAC3E8" w14:textId="77777777" w:rsidR="007F7E84" w:rsidRDefault="00000000">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1060174"/>
                          </a:xfrm>
                          <a:prstGeom prst="rect"/>
                        </pic:spPr>
                      </pic:pic>
                    </a:graphicData>
                  </a:graphic>
                </wp:inline>
              </w:drawing>
            </w:r>
          </w:p>
        </w:tc>
        <w:tc>
          <w:tcPr>
            <w:tcW w:w="8030" w:type="dxa"/>
            <w:gridSpan w:val="3"/>
            <w:shd w:val="clear" w:color="auto" w:fill="F0F0F0"/>
          </w:tcPr>
          <w:p w14:paraId="70CA489C" w14:textId="77777777" w:rsidR="007F7E84" w:rsidRDefault="00000000">
            <w:pPr>
              <w:keepNext/>
            </w:pPr>
            <w:r>
              <w:rPr>
                <w:b/>
                <w:color w:val="0D5F78"/>
              </w:rPr>
              <w:t>Județul</w:t>
            </w:r>
          </w:p>
          <w:p w14:paraId="1B5084C1" w14:textId="77777777" w:rsidR="007F7E84" w:rsidRDefault="007F7E84">
            <w:pPr>
              <w:keepNext/>
            </w:pPr>
            <w:r>
              <w:t>BUZĂU</w:t>
            </w:r>
          </w:p>
        </w:tc>
      </w:tr>
      <w:tr w:rsidR="007F7E84" w14:paraId="0243A050" w14:textId="77777777">
        <w:trPr>
          <w:cantSplit/>
          <w:trHeight w:val="510"/>
        </w:trPr>
        <w:tc>
          <w:tcPr>
            <w:tcW w:w="1606" w:type="dxa"/>
            <w:vMerge/>
          </w:tcPr>
          <w:p w14:paraId="0B1CA4C4" w14:textId="77777777" w:rsidR="007F7E84" w:rsidRDefault="007F7E84"/>
        </w:tc>
        <w:tc>
          <w:tcPr>
            <w:tcW w:w="8030" w:type="dxa"/>
            <w:gridSpan w:val="3"/>
            <w:shd w:val="clear" w:color="auto" w:fill="F0F0F0"/>
          </w:tcPr>
          <w:p w14:paraId="64E9ACF9" w14:textId="77777777" w:rsidR="007F7E84" w:rsidRDefault="00000000">
            <w:pPr>
              <w:keepNext/>
            </w:pPr>
            <w:r>
              <w:t>PRIMĂRIA COMUNEI GĂLBINAȘI</w:t>
            </w:r>
          </w:p>
          <w:p w14:paraId="739DA804" w14:textId="77777777" w:rsidR="007F7E84" w:rsidRDefault="007F7E84">
            <w:pPr>
              <w:keepNext/>
            </w:pPr>
          </w:p>
        </w:tc>
      </w:tr>
      <w:tr w:rsidR="007F7E84" w14:paraId="51DCFD60" w14:textId="77777777">
        <w:trPr>
          <w:cantSplit/>
          <w:trHeight w:val="510"/>
        </w:trPr>
        <w:tc>
          <w:tcPr>
            <w:tcW w:w="1606" w:type="dxa"/>
            <w:vMerge/>
          </w:tcPr>
          <w:p w14:paraId="7769BE1A" w14:textId="77777777" w:rsidR="007F7E84" w:rsidRDefault="007F7E84"/>
        </w:tc>
        <w:tc>
          <w:tcPr>
            <w:tcW w:w="2409" w:type="dxa"/>
            <w:shd w:val="clear" w:color="auto" w:fill="F0F0F0"/>
          </w:tcPr>
          <w:p w14:paraId="2EAEEF9F" w14:textId="77777777" w:rsidR="007F7E84" w:rsidRPr="00243AD6" w:rsidRDefault="00000000">
            <w:pPr>
              <w:keepNext/>
              <w:rPr>
                <w:lang w:val="fr-FR"/>
              </w:rPr>
            </w:pPr>
            <w:r w:rsidRPr="00243AD6">
              <w:rPr>
                <w:b/>
                <w:color w:val="0D5F78"/>
                <w:lang w:val="fr-FR"/>
              </w:rPr>
              <w:t>Cod de identificare fiscală (CIF)</w:t>
            </w:r>
          </w:p>
          <w:p w14:paraId="082B8134" w14:textId="77777777" w:rsidR="007F7E84" w:rsidRPr="00243AD6" w:rsidRDefault="007F7E84">
            <w:pPr>
              <w:keepNext/>
              <w:rPr>
                <w:lang w:val="fr-FR"/>
              </w:rPr>
            </w:pPr>
            <w:r>
              <w:t>3724440</w:t>
            </w:r>
          </w:p>
        </w:tc>
        <w:tc>
          <w:tcPr>
            <w:tcW w:w="5621" w:type="dxa"/>
            <w:gridSpan w:val="2"/>
            <w:shd w:val="clear" w:color="auto" w:fill="F0F0F0"/>
          </w:tcPr>
          <w:p w14:paraId="08086496" w14:textId="77777777" w:rsidR="007F7E84" w:rsidRDefault="00000000">
            <w:pPr>
              <w:keepNext/>
            </w:pPr>
            <w:r>
              <w:t>Adresa</w:t>
            </w:r>
          </w:p>
          <w:p w14:paraId="450786EA" w14:textId="77777777" w:rsidR="007F7E84" w:rsidRDefault="00000000">
            <w:pPr>
              <w:keepNext/>
            </w:pPr>
            <w:r>
              <w:t>Str. Profesor Tudor Gheorghe nr. 5, sat Gălbinași, comuna Gălbinași, județul Buzău, cod poștal 127240</w:t>
            </w:r>
          </w:p>
          <w:p w14:paraId="4CCF903B" w14:textId="77777777" w:rsidR="007F7E84" w:rsidRDefault="007F7E84">
            <w:pPr>
              <w:keepNext/>
            </w:pPr>
            <w:r>
              <w:t>Tel.: 0371 425 064; E-mail: primariagalbinasi@yahoo.com; Web: www.comunagalbinasi.ro</w:t>
            </w:r>
          </w:p>
        </w:tc>
      </w:tr>
      <w:tr w:rsidR="007F7E84" w14:paraId="2C98000D" w14:textId="77777777">
        <w:trPr>
          <w:cantSplit/>
          <w:trHeight w:val="510"/>
        </w:trPr>
        <w:tc>
          <w:tcPr>
            <w:tcW w:w="1606" w:type="dxa"/>
            <w:vMerge/>
          </w:tcPr>
          <w:p w14:paraId="25F132D4" w14:textId="77777777" w:rsidR="007F7E84" w:rsidRDefault="007F7E84"/>
        </w:tc>
        <w:tc>
          <w:tcPr>
            <w:tcW w:w="4818" w:type="dxa"/>
            <w:gridSpan w:val="2"/>
            <w:shd w:val="clear" w:color="auto" w:fill="F0F0F0"/>
          </w:tcPr>
          <w:p w14:paraId="3137B886" w14:textId="77777777" w:rsidR="007F7E84" w:rsidRDefault="00000000">
            <w:pPr>
              <w:keepNext/>
            </w:pPr>
            <w:r>
              <w:rPr>
                <w:b/>
                <w:color w:val="0D5F78"/>
              </w:rPr>
              <w:t>Număr de înregistrare</w:t>
            </w:r>
          </w:p>
          <w:p w14:paraId="41AEA76C" w14:textId="77777777" w:rsidR="007F7E84" w:rsidRDefault="007F7E84">
            <w:pPr>
              <w:keepNext/>
            </w:pPr>
          </w:p>
        </w:tc>
        <w:tc>
          <w:tcPr>
            <w:tcW w:w="3212" w:type="dxa"/>
            <w:shd w:val="clear" w:color="auto" w:fill="F0F0F0"/>
          </w:tcPr>
          <w:p w14:paraId="6459C3A8" w14:textId="77777777" w:rsidR="007F7E84" w:rsidRDefault="00000000">
            <w:pPr>
              <w:keepNext/>
            </w:pPr>
            <w:r>
              <w:rPr>
                <w:b/>
                <w:color w:val="0D5F78"/>
              </w:rPr>
              <w:t>Data</w:t>
            </w:r>
          </w:p>
          <w:p w14:paraId="62B3F3AC" w14:textId="77777777" w:rsidR="007F7E84" w:rsidRDefault="007F7E84">
            <w:pPr>
              <w:keepNext/>
            </w:pPr>
          </w:p>
        </w:tc>
      </w:tr>
      <w:tr w:rsidR="007F7E84" w:rsidRPr="00505208" w14:paraId="5B92F3F6" w14:textId="77777777">
        <w:trPr>
          <w:cantSplit/>
        </w:trPr>
        <w:tc>
          <w:tcPr>
            <w:tcW w:w="9636" w:type="dxa"/>
            <w:gridSpan w:val="4"/>
            <w:shd w:val="clear" w:color="auto" w:fill="F0F0F0"/>
          </w:tcPr>
          <w:p w14:paraId="5E46C225" w14:textId="77777777" w:rsidR="007F7E84" w:rsidRPr="00243AD6" w:rsidRDefault="00000000">
            <w:pPr>
              <w:rPr>
                <w:lang w:val="fr-FR"/>
              </w:rPr>
            </w:pPr>
            <w:r w:rsidRPr="00243AD6">
              <w:rPr>
                <w:i/>
                <w:color w:val="595959"/>
                <w:lang w:val="fr-FR"/>
              </w:rPr>
              <w:t xml:space="preserve"> se completează de autoritate — solicitantul nu scrie în această zonă</w:t>
            </w:r>
          </w:p>
        </w:tc>
      </w:tr>
    </w:tbl>
    <w:p w14:paraId="2FA5FB23" w14:textId="77777777" w:rsidR="007F7E84" w:rsidRPr="00243AD6" w:rsidRDefault="007F7E84">
      <w:pPr>
        <w:spacing w:line="168" w:lineRule="auto"/>
        <w:rPr>
          <w:lang w:val="fr-FR"/>
        </w:rPr>
      </w:pPr>
    </w:p>
    <w:p w14:paraId="0DA02E3B" w14:textId="77777777" w:rsidR="007F7E84" w:rsidRDefault="00000000">
      <w:pPr>
        <w:spacing w:before="140" w:after="40"/>
        <w:jc w:val="center"/>
      </w:pPr>
      <w:r>
        <w:rPr>
          <w:b/>
          <w:sz w:val="34"/>
        </w:rPr>
        <w:t>CERERE</w:t>
      </w:r>
    </w:p>
    <w:p w14:paraId="6D7AC252" w14:textId="77777777" w:rsidR="007F7E84" w:rsidRDefault="007F7E84">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000000">
            <w:pPr>
              <w:keepNext/>
            </w:pPr>
            <w:r>
              <w:rPr>
                <w:b/>
                <w:sz w:val="16"/>
              </w:rPr>
              <w:t xml:space="preserve"> 1. </w:t>
            </w:r>
            <w:r>
              <w:rPr>
                <w:b/>
                <w:color w:val="000000"/>
                <w:sz w:val="18"/>
              </w:rPr>
              <w:t>CĂTRE</w:t>
            </w:r>
          </w:p>
        </w:tc>
      </w:tr>
      <w:tr w:rsidR="007F7E84" w:rsidRPr="00505208" w14:paraId="312FDBCD" w14:textId="77777777">
        <w:trPr>
          <w:cantSplit/>
          <w:trHeight w:val="510"/>
        </w:trPr>
        <w:tc>
          <w:tcPr>
            <w:tcW w:w="9636" w:type="dxa"/>
          </w:tcPr>
          <w:p w14:paraId="48CFE4D4" w14:textId="77777777" w:rsidR="007F7E84" w:rsidRPr="00243AD6" w:rsidRDefault="00000000">
            <w:pPr>
              <w:keepNext/>
              <w:rPr>
                <w:lang w:val="fr-FR"/>
              </w:rPr>
            </w:pPr>
            <w:r w:rsidRPr="00243AD6">
              <w:rPr>
                <w:b/>
                <w:color w:val="0D5F78"/>
                <w:lang w:val="fr-FR"/>
              </w:rPr>
              <w:t>Instituția</w:t>
            </w:r>
          </w:p>
          <w:p w14:paraId="6A8A84AF" w14:textId="77777777" w:rsidR="007F7E84" w:rsidRPr="00243AD6" w:rsidRDefault="00000000">
            <w:pPr>
              <w:keepNext/>
              <w:rPr>
                <w:lang w:val="fr-FR"/>
              </w:rPr>
            </w:pPr>
            <w:r w:rsidRPr="00243AD6">
              <w:rPr>
                <w:i/>
                <w:color w:val="7A7A7A"/>
                <w:lang w:val="fr-FR"/>
              </w:rPr>
              <w:t>primăria municipiului / orașului / comunei · primăria de sector · consiliul județean</w:t>
            </w:r>
          </w:p>
          <w:p w14:paraId="5F112E73" w14:textId="77777777" w:rsidR="007F7E84" w:rsidRPr="00243AD6" w:rsidRDefault="007F7E84">
            <w:pPr>
              <w:keepNext/>
              <w:rPr>
                <w:lang w:val="fr-FR"/>
              </w:rPr>
            </w:pPr>
          </w:p>
        </w:tc>
      </w:tr>
      <w:tr w:rsidR="007F7E84" w:rsidRPr="00505208" w14:paraId="49FA6A50" w14:textId="77777777">
        <w:trPr>
          <w:cantSplit/>
        </w:trPr>
        <w:tc>
          <w:tcPr>
            <w:tcW w:w="9636" w:type="dxa"/>
            <w:shd w:val="clear" w:color="auto" w:fill="F4F4F4"/>
          </w:tcPr>
          <w:p w14:paraId="14102224" w14:textId="77777777" w:rsidR="007F7E84" w:rsidRPr="00243AD6" w:rsidRDefault="00000000">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14:paraId="26CD517C"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000000">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77777777" w:rsidR="007F7E84" w:rsidRDefault="00000000">
            <w:pPr>
              <w:keepNext/>
            </w:pPr>
            <w:r>
              <w:rPr>
                <w:b/>
                <w:color w:val="0D5F78"/>
              </w:rPr>
              <w:t>Nume și prenume</w:t>
            </w:r>
          </w:p>
          <w:p w14:paraId="14EB8AC3" w14:textId="77777777" w:rsidR="007F7E84" w:rsidRDefault="007F7E84">
            <w:pPr>
              <w:keepNext/>
            </w:pPr>
          </w:p>
        </w:tc>
        <w:tc>
          <w:tcPr>
            <w:tcW w:w="4015" w:type="dxa"/>
            <w:gridSpan w:val="3"/>
          </w:tcPr>
          <w:p w14:paraId="2B370720" w14:textId="77777777" w:rsidR="007F7E84" w:rsidRDefault="00000000">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000000">
            <w:pPr>
              <w:keepNext/>
            </w:pPr>
            <w:r>
              <w:rPr>
                <w:sz w:val="16"/>
              </w:rPr>
              <w:t xml:space="preserve"> Act de identitate</w:t>
            </w:r>
          </w:p>
        </w:tc>
      </w:tr>
      <w:tr w:rsidR="007F7E84" w14:paraId="229F2206" w14:textId="77777777">
        <w:trPr>
          <w:cantSplit/>
          <w:trHeight w:val="510"/>
        </w:trPr>
        <w:tc>
          <w:tcPr>
            <w:tcW w:w="1606" w:type="dxa"/>
          </w:tcPr>
          <w:p w14:paraId="61D304DD" w14:textId="77777777" w:rsidR="007F7E84" w:rsidRDefault="00000000">
            <w:pPr>
              <w:keepNext/>
            </w:pPr>
            <w:r>
              <w:rPr>
                <w:b/>
                <w:color w:val="0D5F78"/>
              </w:rPr>
              <w:t>Seria</w:t>
            </w:r>
          </w:p>
          <w:p w14:paraId="776E7F87" w14:textId="77777777" w:rsidR="007F7E84" w:rsidRDefault="007F7E84">
            <w:pPr>
              <w:keepNext/>
            </w:pPr>
          </w:p>
        </w:tc>
        <w:tc>
          <w:tcPr>
            <w:tcW w:w="1606" w:type="dxa"/>
          </w:tcPr>
          <w:p w14:paraId="651F57CD" w14:textId="77777777" w:rsidR="007F7E84" w:rsidRDefault="00000000">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000000">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000000">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000000">
            <w:pPr>
              <w:keepNext/>
            </w:pPr>
            <w:r>
              <w:rPr>
                <w:sz w:val="16"/>
              </w:rPr>
              <w:t xml:space="preserve"> Domiciliul</w:t>
            </w:r>
          </w:p>
        </w:tc>
      </w:tr>
      <w:tr w:rsidR="007F7E84" w14:paraId="7EB0CBBA" w14:textId="77777777">
        <w:trPr>
          <w:cantSplit/>
          <w:trHeight w:val="510"/>
        </w:trPr>
        <w:tc>
          <w:tcPr>
            <w:tcW w:w="3212" w:type="dxa"/>
            <w:gridSpan w:val="2"/>
          </w:tcPr>
          <w:p w14:paraId="7DDFF659" w14:textId="77777777" w:rsidR="007F7E84" w:rsidRDefault="00000000">
            <w:pPr>
              <w:keepNext/>
            </w:pPr>
            <w:r>
              <w:rPr>
                <w:b/>
                <w:color w:val="0D5F78"/>
              </w:rPr>
              <w:t>Județul</w:t>
            </w:r>
          </w:p>
          <w:p w14:paraId="13FAA5B4" w14:textId="77777777" w:rsidR="007F7E84" w:rsidRDefault="007F7E84">
            <w:pPr>
              <w:keepNext/>
            </w:pPr>
          </w:p>
        </w:tc>
        <w:tc>
          <w:tcPr>
            <w:tcW w:w="3212" w:type="dxa"/>
            <w:gridSpan w:val="4"/>
          </w:tcPr>
          <w:p w14:paraId="11B39720" w14:textId="77777777" w:rsidR="007F7E84" w:rsidRDefault="00000000">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000000">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77777777" w:rsidR="007F7E84" w:rsidRDefault="00000000">
            <w:pPr>
              <w:keepNext/>
            </w:pPr>
            <w:r>
              <w:rPr>
                <w:b/>
                <w:color w:val="0D5F78"/>
              </w:rPr>
              <w:t>Strada</w:t>
            </w:r>
          </w:p>
          <w:p w14:paraId="7DAC4505" w14:textId="77777777" w:rsidR="007F7E84" w:rsidRDefault="007F7E84">
            <w:pPr>
              <w:keepNext/>
            </w:pPr>
          </w:p>
        </w:tc>
        <w:tc>
          <w:tcPr>
            <w:tcW w:w="803" w:type="dxa"/>
          </w:tcPr>
          <w:p w14:paraId="54E0D789" w14:textId="77777777" w:rsidR="007F7E84" w:rsidRDefault="00000000">
            <w:pPr>
              <w:keepNext/>
            </w:pPr>
            <w:r>
              <w:rPr>
                <w:b/>
                <w:color w:val="0D5F78"/>
              </w:rPr>
              <w:t>Nr.</w:t>
            </w:r>
          </w:p>
          <w:p w14:paraId="50B99363" w14:textId="77777777" w:rsidR="007F7E84" w:rsidRDefault="007F7E84">
            <w:pPr>
              <w:keepNext/>
            </w:pPr>
          </w:p>
        </w:tc>
        <w:tc>
          <w:tcPr>
            <w:tcW w:w="803" w:type="dxa"/>
          </w:tcPr>
          <w:p w14:paraId="7A581707" w14:textId="77777777" w:rsidR="007F7E84" w:rsidRDefault="00000000">
            <w:pPr>
              <w:keepNext/>
            </w:pPr>
            <w:r>
              <w:rPr>
                <w:b/>
                <w:color w:val="0D5F78"/>
              </w:rPr>
              <w:t>Sc.</w:t>
            </w:r>
          </w:p>
          <w:p w14:paraId="20784E1F" w14:textId="77777777" w:rsidR="007F7E84" w:rsidRDefault="007F7E84">
            <w:pPr>
              <w:keepNext/>
            </w:pPr>
          </w:p>
        </w:tc>
        <w:tc>
          <w:tcPr>
            <w:tcW w:w="803" w:type="dxa"/>
          </w:tcPr>
          <w:p w14:paraId="4259C85D" w14:textId="77777777" w:rsidR="007F7E84" w:rsidRDefault="00000000">
            <w:pPr>
              <w:keepNext/>
            </w:pPr>
            <w:r>
              <w:rPr>
                <w:b/>
                <w:color w:val="0D5F78"/>
              </w:rPr>
              <w:t>Et.</w:t>
            </w:r>
          </w:p>
          <w:p w14:paraId="09686E1B" w14:textId="77777777" w:rsidR="007F7E84" w:rsidRDefault="007F7E84">
            <w:pPr>
              <w:keepNext/>
            </w:pPr>
          </w:p>
        </w:tc>
        <w:tc>
          <w:tcPr>
            <w:tcW w:w="803" w:type="dxa"/>
          </w:tcPr>
          <w:p w14:paraId="0654BEE1" w14:textId="77777777" w:rsidR="007F7E84" w:rsidRDefault="00000000">
            <w:pPr>
              <w:keepNext/>
            </w:pPr>
            <w:r>
              <w:rPr>
                <w:b/>
                <w:color w:val="0D5F78"/>
              </w:rPr>
              <w:t>Ap.</w:t>
            </w:r>
          </w:p>
          <w:p w14:paraId="7C2B72A2" w14:textId="77777777" w:rsidR="007F7E84" w:rsidRDefault="007F7E84">
            <w:pPr>
              <w:keepNext/>
            </w:pPr>
          </w:p>
        </w:tc>
        <w:tc>
          <w:tcPr>
            <w:tcW w:w="1606" w:type="dxa"/>
          </w:tcPr>
          <w:p w14:paraId="29D9BA32" w14:textId="77777777" w:rsidR="007F7E84" w:rsidRDefault="00000000">
            <w:pPr>
              <w:keepNext/>
            </w:pPr>
            <w:r>
              <w:rPr>
                <w:b/>
                <w:color w:val="0D5F78"/>
              </w:rPr>
              <w:t>Cod poștal</w:t>
            </w:r>
          </w:p>
          <w:p w14:paraId="20C8E80F" w14:textId="77777777" w:rsidR="007F7E84" w:rsidRDefault="007F7E84">
            <w:pPr>
              <w:keepNext/>
            </w:pPr>
          </w:p>
        </w:tc>
        <w:tc>
          <w:tcPr>
            <w:tcW w:w="1606" w:type="dxa"/>
          </w:tcPr>
          <w:p w14:paraId="567B3D66" w14:textId="77777777" w:rsidR="007F7E84" w:rsidRDefault="00000000">
            <w:pPr>
              <w:keepNext/>
            </w:pPr>
            <w:r>
              <w:rPr>
                <w:b/>
                <w:color w:val="0D5F78"/>
              </w:rPr>
              <w:t>Țara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000000">
            <w:pPr>
              <w:keepNext/>
            </w:pPr>
            <w:r>
              <w:rPr>
                <w:sz w:val="16"/>
              </w:rPr>
              <w:t xml:space="preserve"> Date de contact</w:t>
            </w:r>
          </w:p>
        </w:tc>
      </w:tr>
      <w:tr w:rsidR="007F7E84" w14:paraId="0E1801DF" w14:textId="77777777">
        <w:trPr>
          <w:cantSplit/>
          <w:trHeight w:val="510"/>
        </w:trPr>
        <w:tc>
          <w:tcPr>
            <w:tcW w:w="4015" w:type="dxa"/>
            <w:gridSpan w:val="3"/>
          </w:tcPr>
          <w:p w14:paraId="7BFC2E53" w14:textId="77777777" w:rsidR="007F7E84" w:rsidRDefault="00000000">
            <w:pPr>
              <w:keepNext/>
            </w:pPr>
            <w:r>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000000">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000000">
            <w:pPr>
              <w:keepNext/>
            </w:pPr>
            <w:r>
              <w:rPr>
                <w:sz w:val="16"/>
              </w:rPr>
              <w:t xml:space="preserve"> Reprezentare</w:t>
            </w:r>
          </w:p>
        </w:tc>
      </w:tr>
      <w:tr w:rsidR="007F7E84" w14:paraId="60ABE85B" w14:textId="77777777">
        <w:trPr>
          <w:cantSplit/>
          <w:trHeight w:val="510"/>
        </w:trPr>
        <w:tc>
          <w:tcPr>
            <w:tcW w:w="6424" w:type="dxa"/>
            <w:gridSpan w:val="6"/>
          </w:tcPr>
          <w:p w14:paraId="730B6CB9" w14:textId="77777777" w:rsidR="007F7E84" w:rsidRDefault="00000000">
            <w:pPr>
              <w:keepNext/>
            </w:pPr>
            <w:r>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000000">
            <w:pPr>
              <w:keepNext/>
            </w:pPr>
            <w:r>
              <w:rPr>
                <w:b/>
                <w:color w:val="0D5F78"/>
              </w:rPr>
              <w:t>CUI / CIF</w:t>
            </w:r>
          </w:p>
          <w:p w14:paraId="6517E4A8" w14:textId="77777777" w:rsidR="007F7E84" w:rsidRDefault="007F7E84">
            <w:pPr>
              <w:keepNext/>
            </w:pPr>
          </w:p>
        </w:tc>
      </w:tr>
      <w:tr w:rsidR="007F7E84" w:rsidRPr="00505208" w14:paraId="4E3D7D48" w14:textId="77777777">
        <w:trPr>
          <w:cantSplit/>
        </w:trPr>
        <w:tc>
          <w:tcPr>
            <w:tcW w:w="9636" w:type="dxa"/>
            <w:gridSpan w:val="8"/>
          </w:tcPr>
          <w:p w14:paraId="3DFDD768" w14:textId="77777777" w:rsidR="007F7E84" w:rsidRPr="00243AD6" w:rsidRDefault="00000000">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000000"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Default="00000000">
      <w:pPr>
        <w:spacing w:after="160"/>
        <w:jc w:val="center"/>
      </w:pPr>
      <w:r>
        <w:rPr>
          <w:b/>
          <w:sz w:val="20"/>
        </w:rPr>
        <w:t>AUTORIZAȚIEI DE REGULARIZARE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000000">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000000">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77777777" w:rsidR="007F7E84" w:rsidRDefault="00000000">
            <w:pPr>
              <w:keepNext/>
            </w:pPr>
            <w:r>
              <w:rPr>
                <w:b/>
                <w:color w:val="0D5F78"/>
              </w:rPr>
              <w:t>Județ</w:t>
            </w:r>
          </w:p>
          <w:p w14:paraId="50CAD30A" w14:textId="77777777" w:rsidR="007F7E84" w:rsidRDefault="007F7E84">
            <w:pPr>
              <w:keepNext/>
            </w:pPr>
          </w:p>
        </w:tc>
        <w:tc>
          <w:tcPr>
            <w:tcW w:w="3212" w:type="dxa"/>
            <w:gridSpan w:val="2"/>
          </w:tcPr>
          <w:p w14:paraId="100EFDDA" w14:textId="77777777" w:rsidR="007F7E84" w:rsidRDefault="00000000">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000000">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77777777" w:rsidR="007F7E84" w:rsidRDefault="00000000">
            <w:pPr>
              <w:keepNext/>
            </w:pPr>
            <w:r>
              <w:rPr>
                <w:b/>
                <w:color w:val="0D5F78"/>
              </w:rPr>
              <w:t>Cod poștal</w:t>
            </w:r>
          </w:p>
          <w:p w14:paraId="44B31EA8" w14:textId="77777777" w:rsidR="007F7E84" w:rsidRDefault="007F7E84">
            <w:pPr>
              <w:keepNext/>
            </w:pPr>
          </w:p>
        </w:tc>
        <w:tc>
          <w:tcPr>
            <w:tcW w:w="4818" w:type="dxa"/>
            <w:gridSpan w:val="3"/>
          </w:tcPr>
          <w:p w14:paraId="26ABF57D" w14:textId="77777777" w:rsidR="007F7E84" w:rsidRDefault="00000000">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000000">
            <w:pPr>
              <w:keepNext/>
            </w:pPr>
            <w:r>
              <w:rPr>
                <w:b/>
                <w:color w:val="0D5F78"/>
              </w:rPr>
              <w:t>Nr.</w:t>
            </w:r>
          </w:p>
          <w:p w14:paraId="13AC1B47" w14:textId="77777777" w:rsidR="007F7E84" w:rsidRDefault="007F7E84">
            <w:pPr>
              <w:keepNext/>
            </w:pPr>
          </w:p>
        </w:tc>
        <w:tc>
          <w:tcPr>
            <w:tcW w:w="2409" w:type="dxa"/>
          </w:tcPr>
          <w:p w14:paraId="4C9F2931" w14:textId="77777777" w:rsidR="007F7E84" w:rsidRDefault="00000000">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77777777" w:rsidR="007F7E84" w:rsidRPr="00243AD6" w:rsidRDefault="00000000">
            <w:pPr>
              <w:keepNext/>
              <w:rPr>
                <w:lang w:val="fr-FR"/>
              </w:rPr>
            </w:pPr>
            <w:r w:rsidRPr="00243AD6">
              <w:rPr>
                <w:b/>
                <w:color w:val="0D5F78"/>
                <w:lang w:val="fr-FR"/>
              </w:rPr>
              <w:t>Număr cadastral</w:t>
            </w:r>
          </w:p>
          <w:p w14:paraId="1C491F6C" w14:textId="77777777" w:rsidR="007F7E84" w:rsidRPr="00243AD6" w:rsidRDefault="00000000">
            <w:pPr>
              <w:keepNext/>
              <w:rPr>
                <w:lang w:val="fr-FR"/>
              </w:rPr>
            </w:pPr>
            <w:r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000000">
            <w:pPr>
              <w:keepNext/>
            </w:pPr>
            <w:r>
              <w:rPr>
                <w:b/>
                <w:color w:val="0D5F78"/>
              </w:rPr>
              <w:t>Carte funciară nr.</w:t>
            </w:r>
          </w:p>
          <w:p w14:paraId="3B3DC7D9" w14:textId="77777777" w:rsidR="007F7E84" w:rsidRDefault="007F7E84">
            <w:pPr>
              <w:keepNext/>
            </w:pPr>
          </w:p>
        </w:tc>
      </w:tr>
      <w:tr w:rsidR="007F7E84" w14:paraId="70D49130" w14:textId="77777777">
        <w:trPr>
          <w:cantSplit/>
        </w:trPr>
        <w:tc>
          <w:tcPr>
            <w:tcW w:w="9636" w:type="dxa"/>
            <w:gridSpan w:val="6"/>
          </w:tcPr>
          <w:p w14:paraId="5001D1A5" w14:textId="77777777" w:rsidR="007F7E84" w:rsidRDefault="00000000">
            <w:r>
              <w:rPr>
                <w:sz w:val="16"/>
              </w:rPr>
              <w:t xml:space="preserve"> ☐ extras de carte funciară actualizat, anexat     ☐ plan de încadrare în zonă în sistem Stereo 70, anexat</w:t>
            </w:r>
          </w:p>
        </w:tc>
      </w:tr>
    </w:tbl>
    <w:p w14:paraId="2335E80A" w14:textId="1B6EA979" w:rsidR="007F7E84" w:rsidRDefault="007F7E84"/>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000000">
            <w:pPr>
              <w:keepNext/>
            </w:pPr>
            <w:r>
              <w:rPr>
                <w:b/>
                <w:sz w:val="16"/>
              </w:rPr>
              <w:t xml:space="preserve"> 5. </w:t>
            </w:r>
            <w:r>
              <w:rPr>
                <w:b/>
                <w:color w:val="000000"/>
                <w:sz w:val="18"/>
              </w:rPr>
              <w:t>SITUAȚIA CONSTRUCȚIEI</w:t>
            </w:r>
          </w:p>
        </w:tc>
      </w:tr>
      <w:tr w:rsidR="007F7E84" w:rsidRPr="00505208" w14:paraId="727F54F8" w14:textId="77777777">
        <w:trPr>
          <w:cantSplit/>
        </w:trPr>
        <w:tc>
          <w:tcPr>
            <w:tcW w:w="9636" w:type="dxa"/>
          </w:tcPr>
          <w:p w14:paraId="23619AE0" w14:textId="77777777" w:rsidR="007F7E84" w:rsidRPr="00243AD6" w:rsidRDefault="00000000">
            <w:pPr>
              <w:keepNext/>
              <w:rPr>
                <w:lang w:val="fr-FR"/>
              </w:rPr>
            </w:pPr>
            <w:r w:rsidRPr="00243AD6">
              <w:rPr>
                <w:sz w:val="16"/>
                <w:lang w:val="fr-FR"/>
              </w:rPr>
              <w:t xml:space="preserve"> ☐ realizată FĂRĂ autorizație de construire     ☐ realizată CU NERESPECTAREA autorizației de construire</w:t>
            </w:r>
          </w:p>
        </w:tc>
      </w:tr>
      <w:tr w:rsidR="007F7E84" w:rsidRPr="00505208" w14:paraId="6A13FF02" w14:textId="77777777">
        <w:trPr>
          <w:cantSplit/>
          <w:trHeight w:val="510"/>
        </w:trPr>
        <w:tc>
          <w:tcPr>
            <w:tcW w:w="9636" w:type="dxa"/>
          </w:tcPr>
          <w:p w14:paraId="19EBA6E1" w14:textId="77777777" w:rsidR="007F7E84" w:rsidRPr="00243AD6" w:rsidRDefault="00000000">
            <w:pPr>
              <w:keepNext/>
              <w:rPr>
                <w:lang w:val="fr-FR"/>
              </w:rPr>
            </w:pPr>
            <w:r w:rsidRPr="00243AD6">
              <w:rPr>
                <w:b/>
                <w:color w:val="0D5F78"/>
                <w:lang w:val="fr-FR"/>
              </w:rPr>
              <w:t>Autorizația nerespectată — nr. / data / emitent</w:t>
            </w:r>
          </w:p>
          <w:p w14:paraId="006DD817" w14:textId="77777777" w:rsidR="007F7E84" w:rsidRPr="00243AD6" w:rsidRDefault="00000000">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14:paraId="36617DBD" w14:textId="77777777">
        <w:trPr>
          <w:cantSplit/>
        </w:trPr>
        <w:tc>
          <w:tcPr>
            <w:tcW w:w="9636" w:type="dxa"/>
            <w:shd w:val="clear" w:color="auto" w:fill="F4F4F4"/>
          </w:tcPr>
          <w:p w14:paraId="1C2AF0B8" w14:textId="77777777" w:rsidR="007F7E84" w:rsidRDefault="00000000">
            <w:pPr>
              <w:keepNext/>
            </w:pPr>
            <w:r w:rsidRPr="00243AD6">
              <w:rPr>
                <w:sz w:val="16"/>
                <w:lang w:val="fr-FR"/>
              </w:rPr>
              <w:t xml:space="preserve"> </w:t>
            </w:r>
            <w:r>
              <w:rPr>
                <w:sz w:val="16"/>
              </w:rPr>
              <w:t>Încadrarea — art. 301, se bifează cazul aplicabil</w:t>
            </w:r>
          </w:p>
        </w:tc>
      </w:tr>
      <w:tr w:rsidR="007F7E84" w:rsidRPr="00505208" w14:paraId="05C2ADAA" w14:textId="77777777">
        <w:trPr>
          <w:cantSplit/>
        </w:trPr>
        <w:tc>
          <w:tcPr>
            <w:tcW w:w="9636" w:type="dxa"/>
          </w:tcPr>
          <w:p w14:paraId="55218CA8" w14:textId="77777777" w:rsidR="007F7E84" w:rsidRDefault="00000000">
            <w:r>
              <w:rPr>
                <w:sz w:val="16"/>
              </w:rPr>
              <w:t>☐ alin. (2) — locuință unifamilială, suprafață construită desfășurată de cel mult 150 mp, care nu este monument istoric</w:t>
            </w:r>
          </w:p>
          <w:p w14:paraId="031DF070" w14:textId="77777777" w:rsidR="007F7E84" w:rsidRDefault="00000000">
            <w:r>
              <w:rPr>
                <w:sz w:val="16"/>
              </w:rPr>
              <w:t>☐ alin. (2) — anexă a locuinței / gospodărească / a exploatației agricole, de cel mult 150 mp</w:t>
            </w:r>
          </w:p>
          <w:p w14:paraId="2E9D9F47" w14:textId="77777777" w:rsidR="007F7E84" w:rsidRDefault="00000000">
            <w:r>
              <w:rPr>
                <w:sz w:val="16"/>
              </w:rPr>
              <w:t>☐ alin. (2) — lucrări de închidere a balcoanelor, fără extindere pe domeniul public</w:t>
            </w:r>
          </w:p>
          <w:p w14:paraId="6FF42F2C" w14:textId="77777777" w:rsidR="007F7E84" w:rsidRPr="00243AD6" w:rsidRDefault="00000000">
            <w:pPr>
              <w:rPr>
                <w:lang w:val="fr-FR"/>
              </w:rPr>
            </w:pPr>
            <w:r w:rsidRPr="00243AD6">
              <w:rPr>
                <w:sz w:val="16"/>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505208" w14:paraId="4E1E6A3A" w14:textId="77777777">
        <w:trPr>
          <w:cantSplit/>
        </w:trPr>
        <w:tc>
          <w:tcPr>
            <w:tcW w:w="9636" w:type="dxa"/>
            <w:gridSpan w:val="3"/>
            <w:shd w:val="clear" w:color="auto" w:fill="F4F4F4"/>
          </w:tcPr>
          <w:p w14:paraId="73F30BF3" w14:textId="24C30B52" w:rsidR="007F7E84" w:rsidRPr="00505208" w:rsidRDefault="00000000">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000000">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000000">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000000">
            <w:pPr>
              <w:keepNext/>
            </w:pPr>
            <w:r>
              <w:rPr>
                <w:b/>
                <w:color w:val="0D5F78"/>
              </w:rPr>
              <w:t>Proiectant autor — nr. TNA</w:t>
            </w:r>
          </w:p>
          <w:p w14:paraId="6A9C09B5" w14:textId="77777777" w:rsidR="007F7E84" w:rsidRDefault="007F7E84">
            <w:pPr>
              <w:keepNext/>
            </w:pPr>
          </w:p>
        </w:tc>
      </w:tr>
      <w:tr w:rsidR="007F7E84" w:rsidRPr="00243AD6" w14:paraId="6814C06F" w14:textId="77777777">
        <w:trPr>
          <w:cantSplit/>
        </w:trPr>
        <w:tc>
          <w:tcPr>
            <w:tcW w:w="9636" w:type="dxa"/>
            <w:gridSpan w:val="3"/>
            <w:shd w:val="clear" w:color="auto" w:fill="F4F4F4"/>
          </w:tcPr>
          <w:p w14:paraId="079E89AF" w14:textId="0689AB62" w:rsidR="007F7E84" w:rsidRPr="00243AD6" w:rsidRDefault="00000000">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000000">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000000">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000000">
            <w:pPr>
              <w:keepNext/>
              <w:rPr>
                <w:lang w:val="fr-FR"/>
              </w:rPr>
            </w:pPr>
            <w:r w:rsidRPr="00243AD6">
              <w:rPr>
                <w:b/>
                <w:color w:val="0D5F78"/>
                <w:lang w:val="fr-FR"/>
              </w:rPr>
              <w:t>securitate la incendiu — 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000000">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000000">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000000">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000000">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000000">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000000">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000000">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000000">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000000">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505208"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000000">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14:paraId="50733968" w14:textId="77777777">
        <w:trPr>
          <w:cantSplit/>
        </w:trPr>
        <w:tc>
          <w:tcPr>
            <w:tcW w:w="9636" w:type="dxa"/>
          </w:tcPr>
          <w:p w14:paraId="29C04712" w14:textId="258E71DF" w:rsidR="007F7E84" w:rsidRPr="00243AD6" w:rsidRDefault="00000000">
            <w:pPr>
              <w:keepNext/>
              <w:rPr>
                <w:lang w:val="fr-FR"/>
              </w:rPr>
            </w:pPr>
            <w:r w:rsidRPr="00243AD6">
              <w:rPr>
                <w:sz w:val="16"/>
                <w:lang w:val="fr-FR"/>
              </w:rPr>
              <w:t>☐ a) rapoartele de expertiză tehnică pentru cerințele fundamentale</w:t>
            </w:r>
          </w:p>
        </w:tc>
      </w:tr>
      <w:tr w:rsidR="007F7E84" w:rsidRPr="00505208" w14:paraId="704050C4" w14:textId="77777777">
        <w:trPr>
          <w:cantSplit/>
        </w:trPr>
        <w:tc>
          <w:tcPr>
            <w:tcW w:w="9636" w:type="dxa"/>
          </w:tcPr>
          <w:p w14:paraId="6F6E29A3" w14:textId="2BF2E960" w:rsidR="007F7E84" w:rsidRPr="00243AD6" w:rsidRDefault="00000000">
            <w:pPr>
              <w:keepNext/>
              <w:rPr>
                <w:lang w:val="fr-FR"/>
              </w:rPr>
            </w:pPr>
            <w:r w:rsidRPr="00243AD6">
              <w:rPr>
                <w:sz w:val="16"/>
                <w:lang w:val="fr-FR"/>
              </w:rPr>
              <w:t>☐ b) documente emise de către emitenții avizelor / acordurilor (câte 1 exemplar copie):</w:t>
            </w:r>
          </w:p>
        </w:tc>
      </w:tr>
      <w:tr w:rsidR="007F7E84" w:rsidRPr="00505208"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505208" w14:paraId="7492A795" w14:textId="77777777">
        <w:trPr>
          <w:cantSplit/>
        </w:trPr>
        <w:tc>
          <w:tcPr>
            <w:tcW w:w="9636" w:type="dxa"/>
          </w:tcPr>
          <w:p w14:paraId="10A3BCE7" w14:textId="1C91C02E" w:rsidR="007F7E84" w:rsidRPr="00243AD6" w:rsidRDefault="00000000">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14:paraId="17E8F375" w14:textId="77777777">
        <w:trPr>
          <w:cantSplit/>
        </w:trPr>
        <w:tc>
          <w:tcPr>
            <w:tcW w:w="9636" w:type="dxa"/>
          </w:tcPr>
          <w:p w14:paraId="0702B0EA" w14:textId="77777777" w:rsidR="004E3C9A" w:rsidRDefault="00000000">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505208" w14:paraId="11400331" w14:textId="77777777">
        <w:trPr>
          <w:cantSplit/>
        </w:trPr>
        <w:tc>
          <w:tcPr>
            <w:tcW w:w="9636" w:type="dxa"/>
          </w:tcPr>
          <w:p w14:paraId="0279AF20" w14:textId="77777777" w:rsidR="007F7E84" w:rsidRPr="00243AD6" w:rsidRDefault="00000000">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000000">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000000">
            <w:r>
              <w:rPr>
                <w:b/>
                <w:color w:val="0D5F78"/>
              </w:rPr>
              <w:t>Data</w:t>
            </w:r>
          </w:p>
          <w:p w14:paraId="77A9FAF1" w14:textId="77777777" w:rsidR="007F7E84" w:rsidRDefault="007F7E84"/>
        </w:tc>
        <w:tc>
          <w:tcPr>
            <w:tcW w:w="4818" w:type="dxa"/>
          </w:tcPr>
          <w:p w14:paraId="4F0CD454" w14:textId="77777777" w:rsidR="007F7E84" w:rsidRDefault="00000000">
            <w:r>
              <w:rPr>
                <w:b/>
                <w:color w:val="0D5F78"/>
              </w:rPr>
              <w:t>Solicitantul</w:t>
            </w:r>
          </w:p>
          <w:p w14:paraId="3A3A8032" w14:textId="77777777" w:rsidR="007F7E84" w:rsidRDefault="007F7E84"/>
        </w:tc>
        <w:tc>
          <w:tcPr>
            <w:tcW w:w="3212" w:type="dxa"/>
          </w:tcPr>
          <w:p w14:paraId="7154C44B" w14:textId="77777777" w:rsidR="007F7E84" w:rsidRDefault="00000000">
            <w:r>
              <w:rPr>
                <w:b/>
                <w:color w:val="0D5F78"/>
              </w:rPr>
              <w:t>Semnătura</w:t>
            </w:r>
          </w:p>
          <w:p w14:paraId="5BFB720C" w14:textId="77777777" w:rsidR="007F7E84" w:rsidRDefault="007F7E84"/>
        </w:tc>
      </w:tr>
    </w:tbl>
    <w:p w14:paraId="0705B62B" w14:textId="77777777" w:rsidR="007F7E84" w:rsidRDefault="007F7E84">
      <w:pPr>
        <w:spacing w:line="168" w:lineRule="auto"/>
      </w:pPr>
    </w:p>
    <w:sectPr w:rsidR="007F7E84"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50113" w14:textId="77777777" w:rsidR="00BF1A07" w:rsidRDefault="00BF1A07">
      <w:r>
        <w:separator/>
      </w:r>
    </w:p>
  </w:endnote>
  <w:endnote w:type="continuationSeparator" w:id="0">
    <w:p w14:paraId="4007BBD5" w14:textId="77777777" w:rsidR="00BF1A07" w:rsidRDefault="00BF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Subsol"/>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6B6B" w14:textId="77777777" w:rsidR="00BF1A07" w:rsidRDefault="00BF1A07">
      <w:r>
        <w:separator/>
      </w:r>
    </w:p>
  </w:footnote>
  <w:footnote w:type="continuationSeparator" w:id="0">
    <w:p w14:paraId="4AE0EB29" w14:textId="77777777" w:rsidR="00BF1A07" w:rsidRDefault="00BF1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3AD6"/>
    <w:rsid w:val="0029639D"/>
    <w:rsid w:val="0031113E"/>
    <w:rsid w:val="00326F90"/>
    <w:rsid w:val="00411853"/>
    <w:rsid w:val="0041750F"/>
    <w:rsid w:val="004E3C9A"/>
    <w:rsid w:val="00505208"/>
    <w:rsid w:val="006816CD"/>
    <w:rsid w:val="006C103E"/>
    <w:rsid w:val="007F7E84"/>
    <w:rsid w:val="00AA1D8D"/>
    <w:rsid w:val="00B47730"/>
    <w:rsid w:val="00BF1A07"/>
    <w:rsid w:val="00CB0664"/>
    <w:rsid w:val="00E61A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635</Words>
  <Characters>3623</Characters>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2026-08-24T16:40:00Z</dcterms:modified>
  <cp:category/>
</cp:coreProperties>
</file>