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77777777" w:rsidR="00945CC5" w:rsidRDefault="00FA7758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77777777" w:rsidR="00945CC5" w:rsidRDefault="00945CC5">
            <w:pPr>
              <w:keepNext/>
            </w:pPr>
            <w:r>
              <w:t>BUZĂU</w:t>
            </w: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1468B446" w14:textId="77777777" w:rsidR="00945CC5" w:rsidRDefault="00FA7758">
            <w:pPr>
              <w:keepNext/>
            </w:pPr>
            <w:r>
              <w:t>PRIMĂRIA COMUNEI GĂLBINAȘI</w:t>
            </w:r>
          </w:p>
          <w:p w14:paraId="0FD8A1B9" w14:textId="77777777" w:rsidR="00945CC5" w:rsidRDefault="00945CC5">
            <w:pPr>
              <w:keepNext/>
            </w:pP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77777777" w:rsidR="00945CC5" w:rsidRPr="003E706D" w:rsidRDefault="00945CC5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r>
              <w:t>Adresa</w:t>
            </w:r>
          </w:p>
          <w:p w14:paraId="12A0D75C" w14:textId="77777777" w:rsidR="00945CC5" w:rsidRDefault="00FA7758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3F728E3B" w14:textId="77777777" w:rsidR="00945CC5" w:rsidRDefault="00945CC5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și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</w:t>
            </w:r>
            <w:r>
              <w:rPr>
                <w:b/>
                <w:color w:val="000000"/>
                <w:sz w:val="18"/>
              </w:rPr>
              <w:t>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 xml:space="preserve">VALORI ȘI </w:t>
            </w:r>
            <w:r>
              <w:rPr>
                <w:b/>
                <w:color w:val="000000"/>
                <w:sz w:val="18"/>
              </w:rPr>
              <w:t>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>☐</w:t>
            </w:r>
            <w:r w:rsidRPr="004E6AFA">
              <w:rPr>
                <w:sz w:val="16"/>
              </w:rPr>
              <w:t xml:space="preserve">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</w:t>
            </w:r>
            <w:r w:rsidRPr="003E706D">
              <w:rPr>
                <w:sz w:val="16"/>
                <w:lang w:val="fr-FR"/>
              </w:rPr>
              <w:t>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și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</w:t>
            </w:r>
            <w:r w:rsidRPr="003E706D">
              <w:rPr>
                <w:i/>
                <w:sz w:val="17"/>
                <w:lang w:val="fr-FR"/>
              </w:rPr>
              <w:t>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și exacte și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bookmarkStart w:id="0" w:name="_GoBack"/>
            <w:bookmarkEnd w:id="0"/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</w:t>
            </w:r>
            <w:r>
              <w:rPr>
                <w:b/>
                <w:color w:val="000000"/>
                <w:sz w:val="18"/>
              </w:rPr>
              <w:t>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645BC" w14:textId="77777777" w:rsidR="00FA7758" w:rsidRDefault="00FA7758">
      <w:r>
        <w:separator/>
      </w:r>
    </w:p>
  </w:endnote>
  <w:endnote w:type="continuationSeparator" w:id="0">
    <w:p w14:paraId="7C09CDE6" w14:textId="77777777" w:rsidR="00FA7758" w:rsidRDefault="00FA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64EB7" w14:textId="77777777" w:rsidR="00FA7758" w:rsidRDefault="00FA7758">
      <w:r>
        <w:separator/>
      </w:r>
    </w:p>
  </w:footnote>
  <w:footnote w:type="continuationSeparator" w:id="0">
    <w:p w14:paraId="3BF3D3E0" w14:textId="77777777" w:rsidR="00FA7758" w:rsidRDefault="00FA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945CC5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3304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2026-08-25T07:22:00Z</dcterms:modified>
  <cp:category/>
</cp:coreProperties>
</file>