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77777777" w:rsidR="00BD4241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7777777" w:rsidR="00BD4241" w:rsidRDefault="00BD4241">
            <w:pPr>
              <w:keepNext/>
            </w:pPr>
            <w:r>
              <w:t>BUZĂU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r>
              <w:t>PRIMĂRIA COMUNEI GĂLBINAȘI</w:t>
            </w:r>
          </w:p>
          <w:p w14:paraId="5529F8B8" w14:textId="77777777" w:rsidR="00BD4241" w:rsidRDefault="00BD4241">
            <w:pPr>
              <w:keepNext/>
            </w:pP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77777777" w:rsidR="00BD4241" w:rsidRPr="00A256C2" w:rsidRDefault="00BD4241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r>
              <w:t>Adresa</w:t>
            </w:r>
          </w:p>
          <w:p w14:paraId="4D4888E9" w14:textId="77777777" w:rsidR="00BD4241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72B93E2A" w14:textId="77777777" w:rsidR="00BD4241" w:rsidRDefault="00BD4241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000000" w:rsidRPr="00917520">
              <w:rPr>
                <w:b/>
                <w:bCs/>
                <w:sz w:val="16"/>
                <w:lang w:val="fr-FR"/>
              </w:rPr>
              <w:t xml:space="preserve"> B.3</w:t>
            </w:r>
            <w:proofErr w:type="gramEnd"/>
            <w:r w:rsidR="00000000" w:rsidRPr="00917520">
              <w:rPr>
                <w:b/>
                <w:bCs/>
                <w:sz w:val="16"/>
                <w:lang w:val="fr-FR"/>
              </w:rPr>
              <w:t xml:space="preserve"> · la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</w:t>
            </w:r>
            <w:r w:rsidR="00917520">
              <w:rPr>
                <w:sz w:val="16"/>
                <w:lang w:val="fr-FR"/>
              </w:rPr>
              <w:t>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3482</Characters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2026-08-24T14:54:00Z</dcterms:modified>
  <cp:category/>
</cp:coreProperties>
</file>