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114F9" w14:paraId="63A7D2F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08AAE2B" w14:textId="77777777" w:rsidR="001114F9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3486464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B400FB7" w14:textId="77777777" w:rsidR="001114F9" w:rsidRDefault="001114F9">
            <w:pPr>
              <w:keepNext/>
            </w:pPr>
            <w:r>
              <w:t>BUZĂU</w:t>
            </w:r>
          </w:p>
        </w:tc>
      </w:tr>
      <w:tr w:rsidR="001114F9" w14:paraId="593EA10B" w14:textId="77777777">
        <w:trPr>
          <w:cantSplit/>
          <w:trHeight w:val="510"/>
        </w:trPr>
        <w:tc>
          <w:tcPr>
            <w:tcW w:w="1606" w:type="dxa"/>
            <w:vMerge/>
          </w:tcPr>
          <w:p w14:paraId="3854644F" w14:textId="77777777" w:rsidR="001114F9" w:rsidRDefault="001114F9"/>
        </w:tc>
        <w:tc>
          <w:tcPr>
            <w:tcW w:w="8030" w:type="dxa"/>
            <w:gridSpan w:val="3"/>
          </w:tcPr>
          <w:p w14:paraId="1898EEBD" w14:textId="77777777" w:rsidR="001114F9" w:rsidRDefault="00000000">
            <w:pPr>
              <w:keepNext/>
            </w:pPr>
            <w:r>
              <w:t>PRIMĂRIA COMUNEI GĂLBINAȘI</w:t>
            </w:r>
          </w:p>
          <w:p w14:paraId="3E0B7970" w14:textId="77777777" w:rsidR="001114F9" w:rsidRDefault="001114F9">
            <w:pPr>
              <w:keepNext/>
            </w:pPr>
          </w:p>
        </w:tc>
      </w:tr>
      <w:tr w:rsidR="001114F9" w14:paraId="1C1C0DB7" w14:textId="77777777">
        <w:trPr>
          <w:cantSplit/>
          <w:trHeight w:val="510"/>
        </w:trPr>
        <w:tc>
          <w:tcPr>
            <w:tcW w:w="1606" w:type="dxa"/>
            <w:vMerge/>
          </w:tcPr>
          <w:p w14:paraId="52B4F74A" w14:textId="77777777" w:rsidR="001114F9" w:rsidRDefault="001114F9"/>
        </w:tc>
        <w:tc>
          <w:tcPr>
            <w:tcW w:w="2409" w:type="dxa"/>
          </w:tcPr>
          <w:p w14:paraId="037FB8F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(CIF)</w:t>
            </w:r>
          </w:p>
          <w:p w14:paraId="55E872FD" w14:textId="77777777" w:rsidR="001114F9" w:rsidRPr="003A4A4B" w:rsidRDefault="001114F9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51902CC6" w14:textId="77777777" w:rsidR="001114F9" w:rsidRDefault="00000000">
            <w:pPr>
              <w:keepNext/>
            </w:pPr>
            <w:r>
              <w:t>Adresa</w:t>
            </w:r>
          </w:p>
          <w:p w14:paraId="2312921B" w14:textId="77777777" w:rsidR="001114F9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1A7BD80C" w14:textId="77777777" w:rsidR="001114F9" w:rsidRDefault="001114F9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1114F9" w14:paraId="43580357" w14:textId="77777777">
        <w:trPr>
          <w:cantSplit/>
          <w:trHeight w:val="510"/>
        </w:trPr>
        <w:tc>
          <w:tcPr>
            <w:tcW w:w="1606" w:type="dxa"/>
            <w:vMerge/>
          </w:tcPr>
          <w:p w14:paraId="7B46F8A6" w14:textId="77777777" w:rsidR="001114F9" w:rsidRDefault="001114F9"/>
        </w:tc>
        <w:tc>
          <w:tcPr>
            <w:tcW w:w="4818" w:type="dxa"/>
            <w:gridSpan w:val="2"/>
          </w:tcPr>
          <w:p w14:paraId="6CBDE9F8" w14:textId="77777777" w:rsidR="001114F9" w:rsidRDefault="00000000">
            <w:r>
              <w:rPr>
                <w:b/>
                <w:color w:val="0D5F78"/>
              </w:rPr>
              <w:t>Nr. înregistrare</w:t>
            </w:r>
          </w:p>
          <w:p w14:paraId="4CC5BE10" w14:textId="77777777" w:rsidR="001114F9" w:rsidRDefault="001114F9"/>
        </w:tc>
        <w:tc>
          <w:tcPr>
            <w:tcW w:w="3212" w:type="dxa"/>
          </w:tcPr>
          <w:p w14:paraId="5919461A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39A32891" w14:textId="77777777" w:rsidR="001114F9" w:rsidRDefault="001114F9"/>
        </w:tc>
      </w:tr>
    </w:tbl>
    <w:p w14:paraId="2284F115" w14:textId="77777777" w:rsidR="001114F9" w:rsidRDefault="001114F9">
      <w:pPr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Cererea structurii de specialitate nr. / data</w:t>
            </w:r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Obiectivul</w:t>
            </w:r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77777777" w:rsidR="001114F9" w:rsidRPr="003A4A4B" w:rsidRDefault="00000000">
            <w:pPr>
              <w:rPr>
                <w:lang w:val="fr-FR"/>
              </w:rPr>
            </w:pPr>
            <w:proofErr w:type="spellStart"/>
            <w:proofErr w:type="gramStart"/>
            <w:r w:rsidRPr="003A4A4B">
              <w:rPr>
                <w:i/>
                <w:color w:val="7A7A7A"/>
                <w:lang w:val="fr-FR"/>
              </w:rPr>
              <w:t>județului</w:t>
            </w:r>
            <w:proofErr w:type="spellEnd"/>
            <w:proofErr w:type="gramEnd"/>
            <w:r w:rsidRPr="003A4A4B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A4A4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București</w:t>
            </w:r>
            <w:proofErr w:type="spellEnd"/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r>
        <w:rPr>
          <w:sz w:val="18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E0403E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E0403E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r>
              <w:rPr>
                <w:b/>
                <w:color w:val="0D5F78"/>
              </w:rPr>
              <w:t>Aprobată prin hotărârea consiliului local nr. / data</w:t>
            </w:r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2A78D099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77E75625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308C3947" w14:textId="77777777">
        <w:trPr>
          <w:cantSplit/>
          <w:trHeight w:val="283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  <w:tr w:rsidR="001114F9" w:rsidRPr="003A4A4B" w14:paraId="12559326" w14:textId="77777777">
        <w:trPr>
          <w:cantSplit/>
          <w:trHeight w:val="283"/>
        </w:trPr>
        <w:tc>
          <w:tcPr>
            <w:tcW w:w="8030" w:type="dxa"/>
          </w:tcPr>
          <w:p w14:paraId="0E7E2C6B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197AAD43" w14:textId="77777777" w:rsidR="001114F9" w:rsidRPr="00E0403E" w:rsidRDefault="001114F9">
            <w:pPr>
              <w:keepNext/>
            </w:pPr>
          </w:p>
        </w:tc>
      </w:tr>
      <w:tr w:rsidR="001114F9" w:rsidRPr="003A4A4B" w14:paraId="08541BC0" w14:textId="77777777">
        <w:trPr>
          <w:cantSplit/>
          <w:trHeight w:val="283"/>
        </w:trPr>
        <w:tc>
          <w:tcPr>
            <w:tcW w:w="8030" w:type="dxa"/>
          </w:tcPr>
          <w:p w14:paraId="77FAC7EE" w14:textId="77777777" w:rsidR="001114F9" w:rsidRPr="00E0403E" w:rsidRDefault="001114F9"/>
        </w:tc>
        <w:tc>
          <w:tcPr>
            <w:tcW w:w="1606" w:type="dxa"/>
          </w:tcPr>
          <w:p w14:paraId="6AD4FF54" w14:textId="77777777" w:rsidR="001114F9" w:rsidRPr="00E0403E" w:rsidRDefault="001114F9"/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591FC337" w14:textId="77777777">
        <w:trPr>
          <w:cantSplit/>
          <w:trHeight w:val="283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  <w:tr w:rsidR="001114F9" w:rsidRPr="003A4A4B" w14:paraId="46D86A0D" w14:textId="77777777">
        <w:trPr>
          <w:cantSplit/>
          <w:trHeight w:val="283"/>
        </w:trPr>
        <w:tc>
          <w:tcPr>
            <w:tcW w:w="8030" w:type="dxa"/>
          </w:tcPr>
          <w:p w14:paraId="3290ED3F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7CEA62AC" w14:textId="77777777" w:rsidR="001114F9" w:rsidRPr="00E0403E" w:rsidRDefault="001114F9">
            <w:pPr>
              <w:keepNext/>
            </w:pPr>
          </w:p>
        </w:tc>
      </w:tr>
      <w:tr w:rsidR="001114F9" w:rsidRPr="003A4A4B" w14:paraId="5143C888" w14:textId="77777777">
        <w:trPr>
          <w:cantSplit/>
          <w:trHeight w:val="283"/>
        </w:trPr>
        <w:tc>
          <w:tcPr>
            <w:tcW w:w="8030" w:type="dxa"/>
          </w:tcPr>
          <w:p w14:paraId="77696171" w14:textId="77777777" w:rsidR="001114F9" w:rsidRPr="00E0403E" w:rsidRDefault="001114F9"/>
        </w:tc>
        <w:tc>
          <w:tcPr>
            <w:tcW w:w="1606" w:type="dxa"/>
          </w:tcPr>
          <w:p w14:paraId="20CC1B65" w14:textId="77777777" w:rsidR="001114F9" w:rsidRPr="00E0403E" w:rsidRDefault="001114F9"/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E0403E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E0403E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r>
              <w:rPr>
                <w:b/>
                <w:color w:val="0D5F78"/>
              </w:rPr>
              <w:t>Primarul</w:t>
            </w:r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r>
              <w:rPr>
                <w:b/>
                <w:color w:val="0D5F78"/>
              </w:rPr>
              <w:t>Semnătura</w:t>
            </w:r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7148" w14:textId="77777777" w:rsidR="00991641" w:rsidRDefault="00991641">
      <w:r>
        <w:separator/>
      </w:r>
    </w:p>
  </w:endnote>
  <w:endnote w:type="continuationSeparator" w:id="0">
    <w:p w14:paraId="54C177D9" w14:textId="77777777" w:rsidR="00991641" w:rsidRDefault="009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A5B9" w14:textId="77777777" w:rsidR="00991641" w:rsidRDefault="00991641">
      <w:r>
        <w:separator/>
      </w:r>
    </w:p>
  </w:footnote>
  <w:footnote w:type="continuationSeparator" w:id="0">
    <w:p w14:paraId="1FC02EAC" w14:textId="77777777" w:rsidR="00991641" w:rsidRDefault="0099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4F9"/>
    <w:rsid w:val="0015074B"/>
    <w:rsid w:val="0029639D"/>
    <w:rsid w:val="00326F90"/>
    <w:rsid w:val="003A4A4B"/>
    <w:rsid w:val="006C103E"/>
    <w:rsid w:val="00991641"/>
    <w:rsid w:val="009B104F"/>
    <w:rsid w:val="00AA1D8D"/>
    <w:rsid w:val="00B47730"/>
    <w:rsid w:val="00CB0664"/>
    <w:rsid w:val="00E04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2026-08-24T15:26:00Z</dcterms:modified>
  <cp:category/>
</cp:coreProperties>
</file>