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93F43" w14:paraId="17C0A9DB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6225FA85" w14:textId="77777777" w:rsidR="00A93F43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6608ADA3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5FA2093" w14:textId="77777777" w:rsidR="00A93F43" w:rsidRDefault="00A93F43">
            <w:pPr>
              <w:keepNext/>
            </w:pPr>
            <w:r>
              <w:t>BUZĂU</w:t>
            </w:r>
          </w:p>
        </w:tc>
      </w:tr>
      <w:tr w:rsidR="00A93F43" w14:paraId="1B120E84" w14:textId="77777777">
        <w:trPr>
          <w:cantSplit/>
          <w:trHeight w:val="510"/>
        </w:trPr>
        <w:tc>
          <w:tcPr>
            <w:tcW w:w="1606" w:type="dxa"/>
            <w:vMerge/>
          </w:tcPr>
          <w:p w14:paraId="5540F32D" w14:textId="77777777" w:rsidR="00A93F43" w:rsidRDefault="00A93F43"/>
        </w:tc>
        <w:tc>
          <w:tcPr>
            <w:tcW w:w="8030" w:type="dxa"/>
            <w:gridSpan w:val="3"/>
          </w:tcPr>
          <w:p w14:paraId="37BDDD2A" w14:textId="77777777" w:rsidR="00A93F43" w:rsidRDefault="00000000">
            <w:pPr>
              <w:keepNext/>
            </w:pPr>
            <w:r>
              <w:t>PRIMĂRIA COMUNEI GĂLBINAȘI</w:t>
            </w:r>
          </w:p>
          <w:p w14:paraId="09DA699B" w14:textId="77777777" w:rsidR="00A93F43" w:rsidRDefault="00A93F43">
            <w:pPr>
              <w:keepNext/>
            </w:pPr>
          </w:p>
        </w:tc>
      </w:tr>
      <w:tr w:rsidR="00A93F43" w14:paraId="053A3E48" w14:textId="77777777">
        <w:trPr>
          <w:cantSplit/>
          <w:trHeight w:val="510"/>
        </w:trPr>
        <w:tc>
          <w:tcPr>
            <w:tcW w:w="1606" w:type="dxa"/>
            <w:vMerge/>
          </w:tcPr>
          <w:p w14:paraId="1EC3A211" w14:textId="77777777" w:rsidR="00A93F43" w:rsidRDefault="00A93F43"/>
        </w:tc>
        <w:tc>
          <w:tcPr>
            <w:tcW w:w="2409" w:type="dxa"/>
          </w:tcPr>
          <w:p w14:paraId="522D1DEC" w14:textId="77777777" w:rsidR="00A93F43" w:rsidRPr="00F66EA5" w:rsidRDefault="00000000">
            <w:pPr>
              <w:keepNext/>
              <w:rPr>
                <w:lang w:val="fr-FR"/>
              </w:rPr>
            </w:pPr>
            <w:r w:rsidRPr="00F66EA5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66EA5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66EA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66EA5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66EA5">
              <w:rPr>
                <w:b/>
                <w:color w:val="0D5F78"/>
                <w:lang w:val="fr-FR"/>
              </w:rPr>
              <w:t xml:space="preserve"> (CIF)</w:t>
            </w:r>
          </w:p>
          <w:p w14:paraId="27E1C5F8" w14:textId="77777777" w:rsidR="00A93F43" w:rsidRPr="00F66EA5" w:rsidRDefault="00A93F43">
            <w:pPr>
              <w:keepNext/>
              <w:rPr>
                <w:lang w:val="fr-FR"/>
              </w:rPr>
            </w:pPr>
            <w:r>
              <w:t>3724440</w:t>
            </w:r>
          </w:p>
        </w:tc>
        <w:tc>
          <w:tcPr>
            <w:tcW w:w="5621" w:type="dxa"/>
            <w:gridSpan w:val="2"/>
          </w:tcPr>
          <w:p w14:paraId="1B748FC4" w14:textId="77777777" w:rsidR="00A93F43" w:rsidRDefault="00000000">
            <w:pPr>
              <w:keepNext/>
            </w:pPr>
            <w:r>
              <w:t>Adresa</w:t>
            </w:r>
          </w:p>
          <w:p w14:paraId="61BC0F6B" w14:textId="77777777" w:rsidR="00A93F43" w:rsidRDefault="00000000">
            <w:pPr>
              <w:keepNext/>
            </w:pPr>
            <w:r>
              <w:t>Str. Profesor Tudor Gheorghe nr. 5, sat Gălbinași, comuna Gălbinași, județul Buzău, cod poștal 127240</w:t>
            </w:r>
          </w:p>
          <w:p w14:paraId="06A86513" w14:textId="77777777" w:rsidR="00A93F43" w:rsidRDefault="00A93F43">
            <w:pPr>
              <w:keepNext/>
            </w:pPr>
            <w:r>
              <w:t>Tel.: 0371 425 064; E-mail: primariagalbinasi@yahoo.com; Web: www.comunagalbinasi.ro</w:t>
            </w:r>
          </w:p>
        </w:tc>
      </w:tr>
      <w:tr w:rsidR="00A93F43" w14:paraId="74BFD892" w14:textId="77777777">
        <w:trPr>
          <w:cantSplit/>
          <w:trHeight w:val="510"/>
        </w:trPr>
        <w:tc>
          <w:tcPr>
            <w:tcW w:w="1606" w:type="dxa"/>
            <w:vMerge/>
          </w:tcPr>
          <w:p w14:paraId="2674025C" w14:textId="77777777" w:rsidR="00A93F43" w:rsidRDefault="00A93F43"/>
        </w:tc>
        <w:tc>
          <w:tcPr>
            <w:tcW w:w="4818" w:type="dxa"/>
            <w:gridSpan w:val="2"/>
          </w:tcPr>
          <w:p w14:paraId="4B8B51B9" w14:textId="77777777" w:rsidR="00A93F43" w:rsidRDefault="00000000">
            <w:r>
              <w:rPr>
                <w:b/>
                <w:color w:val="0D5F78"/>
              </w:rPr>
              <w:t>Nr. înregistrare</w:t>
            </w:r>
          </w:p>
          <w:p w14:paraId="3ACAF8EE" w14:textId="77777777" w:rsidR="00A93F43" w:rsidRDefault="00A93F43"/>
        </w:tc>
        <w:tc>
          <w:tcPr>
            <w:tcW w:w="3212" w:type="dxa"/>
          </w:tcPr>
          <w:p w14:paraId="17BC8A52" w14:textId="77777777" w:rsidR="00A93F43" w:rsidRDefault="00000000">
            <w:r>
              <w:rPr>
                <w:b/>
                <w:color w:val="0D5F78"/>
              </w:rPr>
              <w:t>Data</w:t>
            </w:r>
          </w:p>
          <w:p w14:paraId="371326AF" w14:textId="77777777" w:rsidR="00A93F43" w:rsidRDefault="00A93F43"/>
        </w:tc>
      </w:tr>
    </w:tbl>
    <w:p w14:paraId="7EE44070" w14:textId="77777777" w:rsidR="00A93F43" w:rsidRDefault="00A93F43">
      <w:pPr>
        <w:spacing w:line="168" w:lineRule="auto"/>
      </w:pPr>
    </w:p>
    <w:p w14:paraId="1588FC01" w14:textId="77777777" w:rsidR="00A93F43" w:rsidRPr="00132008" w:rsidRDefault="00000000">
      <w:pPr>
        <w:spacing w:before="140" w:after="40"/>
        <w:jc w:val="center"/>
        <w:rPr>
          <w:sz w:val="28"/>
          <w:szCs w:val="28"/>
        </w:rPr>
      </w:pPr>
      <w:r w:rsidRPr="00132008">
        <w:rPr>
          <w:b/>
          <w:sz w:val="28"/>
          <w:szCs w:val="28"/>
        </w:rPr>
        <w:t>SOLICITARE</w:t>
      </w:r>
    </w:p>
    <w:p w14:paraId="43387AD2" w14:textId="77777777" w:rsidR="00A93F43" w:rsidRPr="00F66EA5" w:rsidRDefault="00000000">
      <w:pPr>
        <w:spacing w:after="120"/>
        <w:jc w:val="center"/>
        <w:rPr>
          <w:lang w:val="fr-FR"/>
        </w:rPr>
      </w:pPr>
      <w:proofErr w:type="gramStart"/>
      <w:r w:rsidRPr="00F66EA5">
        <w:rPr>
          <w:sz w:val="19"/>
          <w:lang w:val="fr-FR"/>
        </w:rPr>
        <w:t>de</w:t>
      </w:r>
      <w:proofErr w:type="gramEnd"/>
      <w:r w:rsidRPr="00F66EA5">
        <w:rPr>
          <w:sz w:val="19"/>
          <w:lang w:val="fr-FR"/>
        </w:rPr>
        <w:t xml:space="preserve"> </w:t>
      </w:r>
      <w:proofErr w:type="spellStart"/>
      <w:r w:rsidRPr="00F66EA5">
        <w:rPr>
          <w:sz w:val="19"/>
          <w:lang w:val="fr-FR"/>
        </w:rPr>
        <w:t>clarificări</w:t>
      </w:r>
      <w:proofErr w:type="spellEnd"/>
      <w:r w:rsidRPr="00F66EA5">
        <w:rPr>
          <w:sz w:val="19"/>
          <w:lang w:val="fr-FR"/>
        </w:rPr>
        <w:t xml:space="preserve">, </w:t>
      </w:r>
      <w:proofErr w:type="spellStart"/>
      <w:r w:rsidRPr="00F66EA5">
        <w:rPr>
          <w:sz w:val="19"/>
          <w:lang w:val="fr-FR"/>
        </w:rPr>
        <w:t>completări</w:t>
      </w:r>
      <w:proofErr w:type="spellEnd"/>
      <w:r w:rsidRPr="00F66EA5">
        <w:rPr>
          <w:sz w:val="19"/>
          <w:lang w:val="fr-FR"/>
        </w:rPr>
        <w:t xml:space="preserve"> </w:t>
      </w:r>
      <w:proofErr w:type="spellStart"/>
      <w:r w:rsidRPr="00F66EA5">
        <w:rPr>
          <w:sz w:val="19"/>
          <w:lang w:val="fr-FR"/>
        </w:rPr>
        <w:t>sau</w:t>
      </w:r>
      <w:proofErr w:type="spellEnd"/>
      <w:r w:rsidRPr="00F66EA5">
        <w:rPr>
          <w:sz w:val="19"/>
          <w:lang w:val="fr-FR"/>
        </w:rPr>
        <w:t xml:space="preserve"> documente </w:t>
      </w:r>
      <w:proofErr w:type="spellStart"/>
      <w:r w:rsidRPr="00F66EA5">
        <w:rPr>
          <w:sz w:val="19"/>
          <w:lang w:val="fr-FR"/>
        </w:rPr>
        <w:t>privind</w:t>
      </w:r>
      <w:proofErr w:type="spellEnd"/>
      <w:r w:rsidRPr="00F66EA5">
        <w:rPr>
          <w:sz w:val="19"/>
          <w:lang w:val="fr-FR"/>
        </w:rPr>
        <w:t xml:space="preserve"> </w:t>
      </w:r>
      <w:proofErr w:type="spellStart"/>
      <w:r w:rsidRPr="00F66EA5">
        <w:rPr>
          <w:sz w:val="19"/>
          <w:lang w:val="fr-FR"/>
        </w:rPr>
        <w:t>notificarea</w:t>
      </w:r>
      <w:proofErr w:type="spellEnd"/>
    </w:p>
    <w:p w14:paraId="68CC9690" w14:textId="77777777" w:rsidR="00A93F43" w:rsidRPr="00F66EA5" w:rsidRDefault="00A93F43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A93F43" w14:paraId="5583E99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BB90F12" w14:textId="77777777" w:rsidR="00A93F43" w:rsidRDefault="00000000">
            <w:pPr>
              <w:keepNext/>
            </w:pPr>
            <w:r w:rsidRPr="00F66EA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A93F43" w14:paraId="3EB27B2C" w14:textId="77777777">
        <w:trPr>
          <w:cantSplit/>
          <w:trHeight w:val="510"/>
        </w:trPr>
        <w:tc>
          <w:tcPr>
            <w:tcW w:w="2409" w:type="dxa"/>
          </w:tcPr>
          <w:p w14:paraId="40A4838B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Notificarea nr.</w:t>
            </w:r>
          </w:p>
          <w:p w14:paraId="02574EDB" w14:textId="77777777" w:rsidR="00A93F43" w:rsidRDefault="00A93F43">
            <w:pPr>
              <w:keepNext/>
            </w:pPr>
          </w:p>
        </w:tc>
        <w:tc>
          <w:tcPr>
            <w:tcW w:w="2409" w:type="dxa"/>
            <w:gridSpan w:val="2"/>
          </w:tcPr>
          <w:p w14:paraId="6A78D57D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8A30384" w14:textId="77777777" w:rsidR="00A93F43" w:rsidRDefault="00A93F43">
            <w:pPr>
              <w:keepNext/>
            </w:pPr>
          </w:p>
        </w:tc>
        <w:tc>
          <w:tcPr>
            <w:tcW w:w="4818" w:type="dxa"/>
          </w:tcPr>
          <w:p w14:paraId="60CAA708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a beneficiarului</w:t>
            </w:r>
          </w:p>
          <w:p w14:paraId="5976D411" w14:textId="77777777" w:rsidR="00A93F43" w:rsidRDefault="00A93F43">
            <w:pPr>
              <w:keepNext/>
            </w:pPr>
          </w:p>
        </w:tc>
      </w:tr>
      <w:tr w:rsidR="00A93F43" w14:paraId="4494E44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02C2F82" w14:textId="77777777" w:rsidR="00A93F43" w:rsidRDefault="00000000">
            <w:r>
              <w:rPr>
                <w:b/>
                <w:color w:val="0D5F78"/>
              </w:rPr>
              <w:t>Proiect nr. / cod</w:t>
            </w:r>
          </w:p>
          <w:p w14:paraId="1A2776FB" w14:textId="77777777" w:rsidR="00A93F43" w:rsidRDefault="00A93F43"/>
        </w:tc>
        <w:tc>
          <w:tcPr>
            <w:tcW w:w="6424" w:type="dxa"/>
            <w:gridSpan w:val="2"/>
          </w:tcPr>
          <w:p w14:paraId="770C2C1C" w14:textId="77777777" w:rsidR="00A93F43" w:rsidRDefault="00000000">
            <w:r>
              <w:rPr>
                <w:b/>
                <w:color w:val="0D5F78"/>
              </w:rPr>
              <w:t>Imobilul</w:t>
            </w:r>
          </w:p>
          <w:p w14:paraId="29051F77" w14:textId="77777777" w:rsidR="00A93F43" w:rsidRDefault="00A93F43"/>
        </w:tc>
      </w:tr>
    </w:tbl>
    <w:p w14:paraId="1F068602" w14:textId="77777777" w:rsidR="00A93F43" w:rsidRDefault="00A93F4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93F43" w14:paraId="083060A5" w14:textId="77777777">
        <w:trPr>
          <w:cantSplit/>
        </w:trPr>
        <w:tc>
          <w:tcPr>
            <w:tcW w:w="9636" w:type="dxa"/>
            <w:shd w:val="clear" w:color="auto" w:fill="F4F4F4"/>
          </w:tcPr>
          <w:p w14:paraId="584FCB20" w14:textId="77777777" w:rsidR="00A93F43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SOLICITAREA</w:t>
            </w:r>
          </w:p>
        </w:tc>
      </w:tr>
      <w:tr w:rsidR="00A93F43" w14:paraId="4DC130E2" w14:textId="77777777">
        <w:trPr>
          <w:cantSplit/>
        </w:trPr>
        <w:tc>
          <w:tcPr>
            <w:tcW w:w="9636" w:type="dxa"/>
            <w:shd w:val="clear" w:color="auto" w:fill="F4F4F4"/>
          </w:tcPr>
          <w:p w14:paraId="42F86180" w14:textId="77777777" w:rsidR="00A93F43" w:rsidRDefault="00000000">
            <w:pPr>
              <w:keepNext/>
            </w:pPr>
            <w:r>
              <w:rPr>
                <w:sz w:val="16"/>
              </w:rPr>
              <w:t xml:space="preserve"> Clarificările / completările / documentele solicitate</w:t>
            </w:r>
          </w:p>
        </w:tc>
      </w:tr>
      <w:tr w:rsidR="00A93F43" w14:paraId="4ADE3FFD" w14:textId="77777777">
        <w:trPr>
          <w:cantSplit/>
        </w:trPr>
        <w:tc>
          <w:tcPr>
            <w:tcW w:w="9636" w:type="dxa"/>
          </w:tcPr>
          <w:p w14:paraId="077D2F96" w14:textId="77777777" w:rsidR="00A93F43" w:rsidRDefault="00A93F4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68974D07" w14:textId="77777777" w:rsidR="00A93F43" w:rsidRDefault="00A93F4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F7306F3" w14:textId="77777777" w:rsidR="00A93F43" w:rsidRDefault="00A93F4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A93F43" w14:paraId="6DF94E88" w14:textId="77777777">
        <w:trPr>
          <w:cantSplit/>
          <w:trHeight w:val="510"/>
        </w:trPr>
        <w:tc>
          <w:tcPr>
            <w:tcW w:w="9636" w:type="dxa"/>
          </w:tcPr>
          <w:p w14:paraId="4B49B117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Termenul de transmitere</w:t>
            </w:r>
          </w:p>
          <w:p w14:paraId="651B9393" w14:textId="77777777" w:rsidR="00A93F43" w:rsidRDefault="00A93F43">
            <w:pPr>
              <w:keepNext/>
            </w:pPr>
          </w:p>
        </w:tc>
      </w:tr>
      <w:tr w:rsidR="00A93F43" w:rsidRPr="00132008" w14:paraId="0440CA86" w14:textId="77777777">
        <w:trPr>
          <w:cantSplit/>
        </w:trPr>
        <w:tc>
          <w:tcPr>
            <w:tcW w:w="9636" w:type="dxa"/>
            <w:shd w:val="clear" w:color="auto" w:fill="F4F4F4"/>
          </w:tcPr>
          <w:p w14:paraId="1046B956" w14:textId="77777777" w:rsidR="00A93F43" w:rsidRPr="00F66EA5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F66EA5">
              <w:rPr>
                <w:lang w:val="fr-FR"/>
              </w:rPr>
              <w:t>Termenul</w:t>
            </w:r>
            <w:proofErr w:type="spellEnd"/>
            <w:r w:rsidRPr="00F66EA5">
              <w:rPr>
                <w:lang w:val="fr-FR"/>
              </w:rPr>
              <w:t xml:space="preserve"> de </w:t>
            </w:r>
            <w:proofErr w:type="spellStart"/>
            <w:r w:rsidRPr="00F66EA5">
              <w:rPr>
                <w:lang w:val="fr-FR"/>
              </w:rPr>
              <w:t>începere</w:t>
            </w:r>
            <w:proofErr w:type="spellEnd"/>
            <w:r w:rsidRPr="00F66EA5">
              <w:rPr>
                <w:lang w:val="fr-FR"/>
              </w:rPr>
              <w:t xml:space="preserve"> a </w:t>
            </w:r>
            <w:proofErr w:type="spellStart"/>
            <w:r w:rsidRPr="00F66EA5">
              <w:rPr>
                <w:lang w:val="fr-FR"/>
              </w:rPr>
              <w:t>lucrărilor</w:t>
            </w:r>
            <w:proofErr w:type="spellEnd"/>
            <w:r w:rsidRPr="00F66EA5">
              <w:rPr>
                <w:lang w:val="fr-FR"/>
              </w:rPr>
              <w:t xml:space="preserve"> </w:t>
            </w:r>
            <w:proofErr w:type="spellStart"/>
            <w:r w:rsidRPr="00F66EA5">
              <w:rPr>
                <w:lang w:val="fr-FR"/>
              </w:rPr>
              <w:t>curge</w:t>
            </w:r>
            <w:proofErr w:type="spellEnd"/>
            <w:r w:rsidRPr="00F66EA5">
              <w:rPr>
                <w:lang w:val="fr-FR"/>
              </w:rPr>
              <w:t xml:space="preserve"> de la data </w:t>
            </w:r>
            <w:proofErr w:type="spellStart"/>
            <w:r w:rsidRPr="00F66EA5">
              <w:rPr>
                <w:lang w:val="fr-FR"/>
              </w:rPr>
              <w:t>depunerii</w:t>
            </w:r>
            <w:proofErr w:type="spellEnd"/>
            <w:r w:rsidRPr="00F66EA5">
              <w:rPr>
                <w:lang w:val="fr-FR"/>
              </w:rPr>
              <w:t xml:space="preserve"> </w:t>
            </w:r>
            <w:proofErr w:type="spellStart"/>
            <w:r w:rsidRPr="00F66EA5">
              <w:rPr>
                <w:lang w:val="fr-FR"/>
              </w:rPr>
              <w:t>clarificărilor</w:t>
            </w:r>
            <w:proofErr w:type="spellEnd"/>
            <w:r w:rsidRPr="00F66EA5">
              <w:rPr>
                <w:lang w:val="fr-FR"/>
              </w:rPr>
              <w:t xml:space="preserve"> </w:t>
            </w:r>
            <w:proofErr w:type="spellStart"/>
            <w:r w:rsidRPr="00F66EA5">
              <w:rPr>
                <w:lang w:val="fr-FR"/>
              </w:rPr>
              <w:t>solicitate</w:t>
            </w:r>
            <w:proofErr w:type="spellEnd"/>
            <w:r w:rsidRPr="00F66EA5">
              <w:rPr>
                <w:lang w:val="fr-FR"/>
              </w:rPr>
              <w:t>.</w:t>
            </w:r>
          </w:p>
        </w:tc>
      </w:tr>
    </w:tbl>
    <w:p w14:paraId="44A62596" w14:textId="77777777" w:rsidR="00A93F43" w:rsidRPr="00F66EA5" w:rsidRDefault="00A93F4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A93F43" w14:paraId="5E7BF2F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4FCBA18" w14:textId="77777777" w:rsidR="00A93F43" w:rsidRDefault="00000000">
            <w:pPr>
              <w:keepNext/>
            </w:pPr>
            <w:r w:rsidRPr="00F66EA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A93F43" w14:paraId="2858BD6C" w14:textId="77777777">
        <w:trPr>
          <w:cantSplit/>
          <w:trHeight w:val="510"/>
        </w:trPr>
        <w:tc>
          <w:tcPr>
            <w:tcW w:w="5621" w:type="dxa"/>
          </w:tcPr>
          <w:p w14:paraId="54243203" w14:textId="4C0CD6ED" w:rsidR="00A93F43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0B9F7FD9" w14:textId="77777777" w:rsidR="00A93F43" w:rsidRDefault="00A93F43"/>
        </w:tc>
        <w:tc>
          <w:tcPr>
            <w:tcW w:w="2409" w:type="dxa"/>
          </w:tcPr>
          <w:p w14:paraId="00F86ABF" w14:textId="77777777" w:rsidR="00A93F43" w:rsidRDefault="00000000">
            <w:r>
              <w:rPr>
                <w:b/>
                <w:color w:val="0D5F78"/>
              </w:rPr>
              <w:t>Data</w:t>
            </w:r>
          </w:p>
          <w:p w14:paraId="5523DCBB" w14:textId="77777777" w:rsidR="00A93F43" w:rsidRDefault="00A93F43"/>
        </w:tc>
        <w:tc>
          <w:tcPr>
            <w:tcW w:w="1606" w:type="dxa"/>
          </w:tcPr>
          <w:p w14:paraId="5BD7C661" w14:textId="6BE1ED55" w:rsidR="00A93F43" w:rsidRDefault="00F66EA5">
            <w:proofErr w:type="spellStart"/>
            <w:r>
              <w:rPr>
                <w:b/>
                <w:color w:val="0D5F78"/>
              </w:rPr>
              <w:t>Semnatura</w:t>
            </w:r>
            <w:proofErr w:type="spellEnd"/>
          </w:p>
          <w:p w14:paraId="7FE25160" w14:textId="77777777" w:rsidR="00A93F43" w:rsidRDefault="00A93F43"/>
        </w:tc>
      </w:tr>
    </w:tbl>
    <w:p w14:paraId="6F67A149" w14:textId="77777777" w:rsidR="00A93F43" w:rsidRDefault="00A93F43">
      <w:pPr>
        <w:spacing w:line="168" w:lineRule="auto"/>
      </w:pPr>
    </w:p>
    <w:sectPr w:rsidR="00A93F43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376E4" w14:textId="77777777" w:rsidR="00132E37" w:rsidRDefault="00132E37">
      <w:r>
        <w:separator/>
      </w:r>
    </w:p>
  </w:endnote>
  <w:endnote w:type="continuationSeparator" w:id="0">
    <w:p w14:paraId="6A7C0926" w14:textId="77777777" w:rsidR="00132E37" w:rsidRDefault="00132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AAC04" w14:textId="77777777" w:rsidR="00A93F43" w:rsidRDefault="00000000">
    <w:pPr>
      <w:pStyle w:val="Subsol"/>
      <w:tabs>
        <w:tab w:val="right" w:pos="9639"/>
      </w:tabs>
    </w:pPr>
    <w:r>
      <w:rPr>
        <w:color w:val="595959"/>
      </w:rPr>
      <w:t xml:space="preserve">F_NOT_03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F66EA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F66EA5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CE213" w14:textId="77777777" w:rsidR="00132E37" w:rsidRDefault="00132E37">
      <w:r>
        <w:separator/>
      </w:r>
    </w:p>
  </w:footnote>
  <w:footnote w:type="continuationSeparator" w:id="0">
    <w:p w14:paraId="034DDDD9" w14:textId="77777777" w:rsidR="00132E37" w:rsidRDefault="00132E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6846629">
    <w:abstractNumId w:val="8"/>
  </w:num>
  <w:num w:numId="2" w16cid:durableId="718280180">
    <w:abstractNumId w:val="6"/>
  </w:num>
  <w:num w:numId="3" w16cid:durableId="206646641">
    <w:abstractNumId w:val="5"/>
  </w:num>
  <w:num w:numId="4" w16cid:durableId="1817065279">
    <w:abstractNumId w:val="4"/>
  </w:num>
  <w:num w:numId="5" w16cid:durableId="331614462">
    <w:abstractNumId w:val="7"/>
  </w:num>
  <w:num w:numId="6" w16cid:durableId="486480204">
    <w:abstractNumId w:val="3"/>
  </w:num>
  <w:num w:numId="7" w16cid:durableId="434132356">
    <w:abstractNumId w:val="2"/>
  </w:num>
  <w:num w:numId="8" w16cid:durableId="1727799628">
    <w:abstractNumId w:val="1"/>
  </w:num>
  <w:num w:numId="9" w16cid:durableId="740323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07EC"/>
    <w:rsid w:val="00132008"/>
    <w:rsid w:val="00132E37"/>
    <w:rsid w:val="0015074B"/>
    <w:rsid w:val="0029639D"/>
    <w:rsid w:val="002E7C06"/>
    <w:rsid w:val="00326F90"/>
    <w:rsid w:val="006C103E"/>
    <w:rsid w:val="00A93F43"/>
    <w:rsid w:val="00AA1D8D"/>
    <w:rsid w:val="00B47730"/>
    <w:rsid w:val="00CB0664"/>
    <w:rsid w:val="00D16FF9"/>
    <w:rsid w:val="00E61A6B"/>
    <w:rsid w:val="00F66EA5"/>
    <w:rsid w:val="00FB44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7BA11C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2026-10-06T16:52:00Z</dcterms:created>
  <dcterms:modified xsi:type="dcterms:W3CDTF">2026-10-06T16:52:00Z</dcterms:modified>
  <cp:category/>
</cp:coreProperties>
</file>