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46492" w14:paraId="6B47D61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321443D" w14:textId="77777777" w:rsidR="00846492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E439CB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E02068" w14:textId="77777777" w:rsidR="00846492" w:rsidRDefault="00846492">
            <w:pPr>
              <w:keepNext/>
            </w:pPr>
            <w:r>
              <w:t>BUZĂU</w:t>
            </w:r>
          </w:p>
        </w:tc>
      </w:tr>
      <w:tr w:rsidR="00846492" w14:paraId="2A035372" w14:textId="77777777">
        <w:trPr>
          <w:cantSplit/>
          <w:trHeight w:val="510"/>
        </w:trPr>
        <w:tc>
          <w:tcPr>
            <w:tcW w:w="1606" w:type="dxa"/>
            <w:vMerge/>
          </w:tcPr>
          <w:p w14:paraId="3DEC7BC2" w14:textId="77777777" w:rsidR="00846492" w:rsidRDefault="00846492"/>
        </w:tc>
        <w:tc>
          <w:tcPr>
            <w:tcW w:w="8030" w:type="dxa"/>
            <w:gridSpan w:val="3"/>
            <w:shd w:val="clear" w:color="auto" w:fill="F0F0F0"/>
          </w:tcPr>
          <w:p w14:paraId="34549EC3" w14:textId="77777777" w:rsidR="00846492" w:rsidRDefault="00000000">
            <w:pPr>
              <w:keepNext/>
            </w:pPr>
            <w:r>
              <w:t>PRIMĂRIA COMUNEI GĂLBINAȘI</w:t>
            </w:r>
          </w:p>
          <w:p w14:paraId="2D5B7E26" w14:textId="77777777" w:rsidR="00846492" w:rsidRDefault="00846492">
            <w:pPr>
              <w:keepNext/>
            </w:pPr>
          </w:p>
        </w:tc>
      </w:tr>
      <w:tr w:rsidR="00846492" w14:paraId="1B600119" w14:textId="77777777">
        <w:trPr>
          <w:cantSplit/>
          <w:trHeight w:val="510"/>
        </w:trPr>
        <w:tc>
          <w:tcPr>
            <w:tcW w:w="1606" w:type="dxa"/>
            <w:vMerge/>
          </w:tcPr>
          <w:p w14:paraId="5CA4F582" w14:textId="77777777" w:rsidR="00846492" w:rsidRDefault="00846492"/>
        </w:tc>
        <w:tc>
          <w:tcPr>
            <w:tcW w:w="2409" w:type="dxa"/>
            <w:shd w:val="clear" w:color="auto" w:fill="F0F0F0"/>
          </w:tcPr>
          <w:p w14:paraId="3F6B65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(CIF)</w:t>
            </w:r>
          </w:p>
          <w:p w14:paraId="162D40B1" w14:textId="77777777" w:rsidR="00846492" w:rsidRPr="00AD1D4A" w:rsidRDefault="00846492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178A42" w14:textId="77777777" w:rsidR="00846492" w:rsidRDefault="00000000">
            <w:pPr>
              <w:keepNext/>
            </w:pPr>
            <w:r>
              <w:t>Adresa</w:t>
            </w:r>
          </w:p>
          <w:p w14:paraId="5F1FFC83" w14:textId="77777777" w:rsidR="00846492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69271510" w14:textId="77777777" w:rsidR="00846492" w:rsidRDefault="00846492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846492" w14:paraId="394B77A6" w14:textId="77777777">
        <w:trPr>
          <w:cantSplit/>
          <w:trHeight w:val="510"/>
        </w:trPr>
        <w:tc>
          <w:tcPr>
            <w:tcW w:w="1606" w:type="dxa"/>
            <w:vMerge/>
          </w:tcPr>
          <w:p w14:paraId="4D16E057" w14:textId="77777777"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14:paraId="01A955A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847BEA9" w14:textId="77777777"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36A2ED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B92C991" w14:textId="77777777" w:rsidR="00846492" w:rsidRDefault="00846492">
            <w:pPr>
              <w:keepNext/>
            </w:pPr>
          </w:p>
        </w:tc>
      </w:tr>
      <w:tr w:rsidR="00846492" w:rsidRPr="003869B3" w14:paraId="0BAF92F0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F39E915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D1D4A">
              <w:rPr>
                <w:i/>
                <w:color w:val="595959"/>
                <w:lang w:val="fr-FR"/>
              </w:rPr>
              <w:t>se</w:t>
            </w:r>
            <w:proofErr w:type="gram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scrie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în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A26637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sector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 xml:space="preserve">ea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00000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000000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8"/>
          <w:headerReference w:type="first" r:id="rId9"/>
          <w:footerReference w:type="first" r:id="rId10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000000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>)  —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proofErr w:type="gram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</w:t>
            </w:r>
            <w:proofErr w:type="gramEnd"/>
            <w:r w:rsidR="007F39C2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00000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Lege</w:t>
            </w:r>
            <w:r w:rsidR="003F4418">
              <w:rPr>
                <w:i/>
                <w:sz w:val="17"/>
              </w:rPr>
              <w:t xml:space="preserve">a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prin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din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prin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00000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7F4E6" w14:textId="77777777" w:rsidR="00B62F1C" w:rsidRDefault="00B62F1C">
      <w:r>
        <w:separator/>
      </w:r>
    </w:p>
  </w:endnote>
  <w:endnote w:type="continuationSeparator" w:id="0">
    <w:p w14:paraId="1F2571BF" w14:textId="77777777" w:rsidR="00B62F1C" w:rsidRDefault="00B62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Default="00F343D2" w:rsidP="00F343D2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56164" w14:textId="77777777" w:rsidR="00B62F1C" w:rsidRDefault="00B62F1C">
      <w:r>
        <w:separator/>
      </w:r>
    </w:p>
  </w:footnote>
  <w:footnote w:type="continuationSeparator" w:id="0">
    <w:p w14:paraId="6150B76E" w14:textId="77777777" w:rsidR="00B62F1C" w:rsidRDefault="00B62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Antet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6488A"/>
    <w:rsid w:val="00870FD7"/>
    <w:rsid w:val="00932ED5"/>
    <w:rsid w:val="00A05CF1"/>
    <w:rsid w:val="00A17614"/>
    <w:rsid w:val="00AA1D8D"/>
    <w:rsid w:val="00AD1D4A"/>
    <w:rsid w:val="00B47730"/>
    <w:rsid w:val="00B62F1C"/>
    <w:rsid w:val="00CA6FDB"/>
    <w:rsid w:val="00CB0664"/>
    <w:rsid w:val="00D2019F"/>
    <w:rsid w:val="00D2346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2026-10-06T16:49:00Z</dcterms:created>
  <dcterms:modified xsi:type="dcterms:W3CDTF">2026-10-06T16:49:00Z</dcterms:modified>
  <cp:category/>
</cp:coreProperties>
</file>