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GĂLBINAȘI</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3724440</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Str. Profesor Tudor Gheorghe nr. 5, sat Gălbinași, comuna Gălbinași, județul Buzău, cod poștal 127240</w:t>
            </w:r>
          </w:p>
          <w:p w14:paraId="67F49F8C" w14:textId="77777777" w:rsidR="0092490D" w:rsidRDefault="0092490D">
            <w:pPr>
              <w:keepNext/>
            </w:pPr>
            <w:r>
              <w:t>Tel.: 0371 425 064; E-mail: primariagalbinasi@yahoo.com; Web: www.comunagalbinasi.ro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