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77777777" w:rsidR="00DD3A8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EF98D51" w14:textId="77777777" w:rsidR="00DD3A82" w:rsidRDefault="00DD3A82">
            <w:pPr>
              <w:keepNext/>
            </w:pPr>
            <w:r>
              <w:t>BUZĂU</w:t>
            </w: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77777777" w:rsidR="00DD3A82" w:rsidRDefault="00000000">
            <w:pPr>
              <w:keepNext/>
            </w:pPr>
            <w:r>
              <w:t>PRIMĂRIA COMUNEI GĂLBINAȘI</w:t>
            </w:r>
          </w:p>
          <w:p w14:paraId="3FF2AA28" w14:textId="77777777" w:rsidR="00DD3A82" w:rsidRDefault="00DD3A82">
            <w:pPr>
              <w:keepNext/>
            </w:pP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Cod de identificare fiscală (CIF)</w:t>
            </w:r>
          </w:p>
          <w:p w14:paraId="257CA338" w14:textId="77777777" w:rsidR="00DD3A82" w:rsidRPr="00243741" w:rsidRDefault="00DD3A82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r>
              <w:t>Adresa</w:t>
            </w:r>
          </w:p>
          <w:p w14:paraId="264F9EFC" w14:textId="77777777" w:rsidR="00DD3A82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5792F3E0" w14:textId="77777777" w:rsidR="00DD3A82" w:rsidRDefault="00DD3A82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>Nr. înregistrare</w:t>
            </w:r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Documentația de urbanism aplicabilă</w:t>
            </w:r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nr. / faza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Număr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31469D4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7D0C82BB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6E239AE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BC78733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>☐ extras din sistemul GIS cu rețelele edilitare, după caz</w:t>
            </w:r>
          </w:p>
          <w:p w14:paraId="72FC5A78" w14:textId="77777777" w:rsidR="00DD3A82" w:rsidRDefault="00000000">
            <w:r>
              <w:rPr>
                <w:sz w:val="16"/>
              </w:rPr>
              <w:t>☐ plan de încadrare în documentația de urbanism aplicabilă, după caz</w:t>
            </w:r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r>
              <w:rPr>
                <w:b/>
                <w:color w:val="0D5F78"/>
              </w:rPr>
              <w:t>Achitat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r>
              <w:rPr>
                <w:b/>
                <w:color w:val="0D5F78"/>
              </w:rPr>
              <w:t>Chitanța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Transmis solicitantului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direct / prin poștă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ACB0" w14:textId="77777777" w:rsidR="00414201" w:rsidRDefault="00414201">
      <w:r>
        <w:separator/>
      </w:r>
    </w:p>
  </w:endnote>
  <w:endnote w:type="continuationSeparator" w:id="0">
    <w:p w14:paraId="633FE896" w14:textId="77777777" w:rsidR="00414201" w:rsidRDefault="0041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06C" w14:textId="77777777" w:rsidR="00414201" w:rsidRDefault="00414201">
      <w:r>
        <w:separator/>
      </w:r>
    </w:p>
  </w:footnote>
  <w:footnote w:type="continuationSeparator" w:id="0">
    <w:p w14:paraId="1B4EF6F8" w14:textId="77777777" w:rsidR="00414201" w:rsidRDefault="00414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