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773BA" w14:paraId="04181AA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F004190" w14:textId="77777777" w:rsidR="005773BA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7E008F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8C54C97" w14:textId="77777777" w:rsidR="005773BA" w:rsidRDefault="005773BA">
            <w:pPr>
              <w:keepNext/>
            </w:pPr>
            <w:r>
              <w:t>BUZĂU</w:t>
            </w:r>
          </w:p>
        </w:tc>
      </w:tr>
      <w:tr w:rsidR="005773BA" w14:paraId="67AD0A93" w14:textId="77777777">
        <w:trPr>
          <w:cantSplit/>
          <w:trHeight w:val="510"/>
        </w:trPr>
        <w:tc>
          <w:tcPr>
            <w:tcW w:w="1606" w:type="dxa"/>
            <w:vMerge/>
          </w:tcPr>
          <w:p w14:paraId="2BC3D57C" w14:textId="77777777" w:rsidR="005773BA" w:rsidRDefault="005773BA"/>
        </w:tc>
        <w:tc>
          <w:tcPr>
            <w:tcW w:w="8030" w:type="dxa"/>
            <w:gridSpan w:val="3"/>
          </w:tcPr>
          <w:p w14:paraId="12E1B4D7" w14:textId="77777777" w:rsidR="005773BA" w:rsidRDefault="00000000">
            <w:pPr>
              <w:keepNext/>
            </w:pPr>
            <w:r>
              <w:t>PRIMĂRIA COMUNEI GĂLBINAȘI</w:t>
            </w:r>
          </w:p>
          <w:p w14:paraId="77E357D2" w14:textId="77777777" w:rsidR="005773BA" w:rsidRDefault="005773BA">
            <w:pPr>
              <w:keepNext/>
            </w:pPr>
          </w:p>
        </w:tc>
      </w:tr>
      <w:tr w:rsidR="005773BA" w14:paraId="5A1EF5A1" w14:textId="77777777">
        <w:trPr>
          <w:cantSplit/>
          <w:trHeight w:val="510"/>
        </w:trPr>
        <w:tc>
          <w:tcPr>
            <w:tcW w:w="1606" w:type="dxa"/>
            <w:vMerge/>
          </w:tcPr>
          <w:p w14:paraId="747B89D5" w14:textId="77777777" w:rsidR="005773BA" w:rsidRDefault="005773BA"/>
        </w:tc>
        <w:tc>
          <w:tcPr>
            <w:tcW w:w="2409" w:type="dxa"/>
          </w:tcPr>
          <w:p w14:paraId="4263A7D1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429C516" w14:textId="77777777" w:rsidR="005773BA" w:rsidRPr="00D20322" w:rsidRDefault="005773BA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517A8D65" w14:textId="77777777" w:rsidR="005773BA" w:rsidRDefault="00000000">
            <w:pPr>
              <w:keepNext/>
            </w:pPr>
            <w:r>
              <w:t>Adresa</w:t>
            </w:r>
          </w:p>
          <w:p w14:paraId="658F4291" w14:textId="77777777" w:rsidR="005773BA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43F99D93" w14:textId="77777777" w:rsidR="005773BA" w:rsidRDefault="005773BA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5773BA" w14:paraId="48FEAFFB" w14:textId="77777777">
        <w:trPr>
          <w:cantSplit/>
          <w:trHeight w:val="510"/>
        </w:trPr>
        <w:tc>
          <w:tcPr>
            <w:tcW w:w="1606" w:type="dxa"/>
            <w:vMerge/>
          </w:tcPr>
          <w:p w14:paraId="70C20A89" w14:textId="77777777" w:rsidR="005773BA" w:rsidRDefault="005773BA"/>
        </w:tc>
        <w:tc>
          <w:tcPr>
            <w:tcW w:w="4818" w:type="dxa"/>
            <w:gridSpan w:val="2"/>
          </w:tcPr>
          <w:p w14:paraId="5F1B1CEF" w14:textId="77777777" w:rsidR="005773BA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E31DDB5" w14:textId="77777777" w:rsidR="005773BA" w:rsidRDefault="005773BA"/>
        </w:tc>
        <w:tc>
          <w:tcPr>
            <w:tcW w:w="3212" w:type="dxa"/>
          </w:tcPr>
          <w:p w14:paraId="4A133D46" w14:textId="77777777" w:rsidR="005773BA" w:rsidRDefault="00000000">
            <w:r>
              <w:rPr>
                <w:b/>
                <w:color w:val="0D5F78"/>
              </w:rPr>
              <w:t>Data</w:t>
            </w:r>
          </w:p>
          <w:p w14:paraId="5F227C12" w14:textId="77777777" w:rsidR="005773BA" w:rsidRDefault="005773BA"/>
        </w:tc>
      </w:tr>
    </w:tbl>
    <w:p w14:paraId="6DB20A2C" w14:textId="77777777" w:rsidR="005773BA" w:rsidRDefault="005773BA">
      <w:pPr>
        <w:spacing w:line="168" w:lineRule="auto"/>
      </w:pPr>
    </w:p>
    <w:p w14:paraId="623D1997" w14:textId="77777777" w:rsidR="005773BA" w:rsidRPr="009D356B" w:rsidRDefault="00000000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000000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000000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BDD9769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F06684B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283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5DBB5838" w14:textId="77777777">
        <w:trPr>
          <w:cantSplit/>
          <w:trHeight w:val="283"/>
        </w:trPr>
        <w:tc>
          <w:tcPr>
            <w:tcW w:w="8030" w:type="dxa"/>
          </w:tcPr>
          <w:p w14:paraId="3D87D101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E69D920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435D6B43" w14:textId="77777777">
        <w:trPr>
          <w:cantSplit/>
          <w:trHeight w:val="283"/>
        </w:trPr>
        <w:tc>
          <w:tcPr>
            <w:tcW w:w="8030" w:type="dxa"/>
          </w:tcPr>
          <w:p w14:paraId="77345400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D878747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2F987B32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539588EE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AB2FCC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13D349BE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07BAEE48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953EDB7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000000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>AVIZE / ACORDURI 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000000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000000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000000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000000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prin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E25D4" w14:textId="77777777" w:rsidR="009413CF" w:rsidRDefault="009413CF">
      <w:r>
        <w:separator/>
      </w:r>
    </w:p>
  </w:endnote>
  <w:endnote w:type="continuationSeparator" w:id="0">
    <w:p w14:paraId="186341BE" w14:textId="77777777" w:rsidR="009413CF" w:rsidRDefault="009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Subsol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1CA8" w14:textId="77777777" w:rsidR="009413CF" w:rsidRDefault="009413CF">
      <w:r>
        <w:separator/>
      </w:r>
    </w:p>
  </w:footnote>
  <w:footnote w:type="continuationSeparator" w:id="0">
    <w:p w14:paraId="77A2C2E0" w14:textId="77777777" w:rsidR="009413CF" w:rsidRDefault="0094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D46A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B0664"/>
    <w:rsid w:val="00D20322"/>
    <w:rsid w:val="00D42FC9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Adelina Nae</cp:lastModifiedBy>
  <cp:revision>10</cp:revision>
  <dcterms:created xsi:type="dcterms:W3CDTF">2013-12-23T23:15:00Z</dcterms:created>
  <dcterms:modified xsi:type="dcterms:W3CDTF">2026-08-24T14:45:00Z</dcterms:modified>
  <cp:category/>
</cp:coreProperties>
</file>